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721"/>
        <w:gridCol w:w="7597"/>
      </w:tblGrid>
      <w:tr w:rsidR="00243E7E" w:rsidRPr="00F27726">
        <w:trPr>
          <w:jc w:val="center"/>
        </w:trPr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3E7E" w:rsidRPr="00F27726" w:rsidRDefault="00000000">
            <w:pPr>
              <w:rPr>
                <w:rFonts w:ascii="Noto Sans KR" w:eastAsia="Noto Sans KR" w:hAnsi="Noto Sans KR"/>
                <w:sz w:val="20"/>
                <w:szCs w:val="20"/>
              </w:rPr>
            </w:pPr>
            <w:r w:rsidRPr="00F27726">
              <w:rPr>
                <w:rFonts w:ascii="Noto Sans KR" w:eastAsia="Noto Sans KR" w:hAnsi="Noto Sans KR"/>
                <w:noProof/>
                <w:sz w:val="20"/>
                <w:szCs w:val="20"/>
              </w:rPr>
              <w:drawing>
                <wp:inline distT="0" distB="0" distL="0" distR="0">
                  <wp:extent cx="1368000" cy="531106"/>
                  <wp:effectExtent l="0" t="0" r="0" b="0"/>
                  <wp:docPr id="1" name="KSNET 로고" descr="KSNET 기업 로고" title="KSNET 로고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58b5811-c361-5d57-9fd3-aa9ce7f7060a.pn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8000" cy="5311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3E7E" w:rsidRPr="00F27726" w:rsidRDefault="00000000">
            <w:pPr>
              <w:jc w:val="right"/>
              <w:rPr>
                <w:rFonts w:ascii="Noto Sans KR" w:eastAsia="Noto Sans KR" w:hAnsi="Noto Sans KR"/>
                <w:sz w:val="24"/>
                <w:szCs w:val="24"/>
                <w:lang w:eastAsia="ko-KR"/>
              </w:rPr>
            </w:pPr>
            <w:r w:rsidRPr="00F27726">
              <w:rPr>
                <w:rFonts w:ascii="Noto Sans KR" w:eastAsia="Noto Sans KR" w:hAnsi="Noto Sans KR"/>
                <w:b/>
                <w:color w:val="000000"/>
                <w:sz w:val="24"/>
                <w:szCs w:val="24"/>
                <w:lang w:eastAsia="ko-KR"/>
              </w:rPr>
              <w:t>입사지원서 및 경력기술서</w:t>
            </w:r>
          </w:p>
          <w:p w:rsidR="00243E7E" w:rsidRPr="00F27726" w:rsidRDefault="00000000">
            <w:pPr>
              <w:spacing w:before="20"/>
              <w:jc w:val="right"/>
              <w:rPr>
                <w:rFonts w:ascii="Noto Sans KR" w:eastAsia="Noto Sans KR" w:hAnsi="Noto Sans KR"/>
                <w:sz w:val="20"/>
                <w:szCs w:val="20"/>
              </w:rPr>
            </w:pPr>
            <w:r w:rsidRPr="00F27726">
              <w:rPr>
                <w:rFonts w:ascii="Noto Sans KR" w:eastAsia="Noto Sans KR" w:hAnsi="Noto Sans KR"/>
                <w:b/>
                <w:color w:val="666666"/>
                <w:sz w:val="20"/>
                <w:szCs w:val="20"/>
              </w:rPr>
              <w:t>APPLICATION &amp; CAREER DESCRIPTION</w:t>
            </w:r>
          </w:p>
        </w:tc>
      </w:tr>
    </w:tbl>
    <w:p w:rsidR="00243E7E" w:rsidRPr="00F27726" w:rsidRDefault="00243E7E">
      <w:pPr>
        <w:spacing w:after="20"/>
        <w:rPr>
          <w:rFonts w:ascii="Noto Sans KR" w:eastAsia="Noto Sans KR" w:hAnsi="Noto Sans KR"/>
          <w:sz w:val="8"/>
          <w:szCs w:val="8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652"/>
      </w:tblGrid>
      <w:tr w:rsidR="00243E7E" w:rsidRPr="00F27726">
        <w:trPr>
          <w:cantSplit/>
          <w:jc w:val="center"/>
        </w:trPr>
        <w:tc>
          <w:tcPr>
            <w:tcW w:w="10652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shd w:val="clear" w:color="auto" w:fill="F7F7F7"/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243E7E" w:rsidRPr="00F27726" w:rsidRDefault="00000000">
            <w:pPr>
              <w:rPr>
                <w:rFonts w:ascii="Noto Sans KR" w:eastAsia="Noto Sans KR" w:hAnsi="Noto Sans KR"/>
                <w:sz w:val="20"/>
                <w:szCs w:val="20"/>
                <w:lang w:eastAsia="ko-KR"/>
              </w:rPr>
            </w:pPr>
            <w:r w:rsidRPr="00F27726">
              <w:rPr>
                <w:rFonts w:ascii="Noto Sans KR" w:eastAsia="Noto Sans KR" w:hAnsi="Noto Sans KR"/>
                <w:b/>
                <w:color w:val="000000"/>
                <w:sz w:val="20"/>
                <w:szCs w:val="20"/>
                <w:lang w:eastAsia="ko-KR"/>
              </w:rPr>
              <w:t>작성 안내</w:t>
            </w:r>
          </w:p>
          <w:p w:rsidR="00243E7E" w:rsidRPr="00F27726" w:rsidRDefault="00000000">
            <w:pPr>
              <w:spacing w:line="252" w:lineRule="auto"/>
              <w:rPr>
                <w:rFonts w:ascii="Noto Sans KR" w:eastAsia="Noto Sans KR" w:hAnsi="Noto Sans KR"/>
                <w:sz w:val="16"/>
                <w:szCs w:val="16"/>
                <w:lang w:eastAsia="ko-KR"/>
              </w:rPr>
            </w:pPr>
            <w:r w:rsidRPr="00F27726">
              <w:rPr>
                <w:rFonts w:ascii="Noto Sans KR" w:eastAsia="Noto Sans KR" w:hAnsi="Noto Sans KR"/>
                <w:color w:val="1A1A1A"/>
                <w:sz w:val="16"/>
                <w:szCs w:val="16"/>
                <w:lang w:eastAsia="ko-KR"/>
              </w:rPr>
              <w:t>• 본 서식은 KSNET 입사지원서와 경력기술서가 통합된 공식 채용 지원 양식입니다.</w:t>
            </w:r>
          </w:p>
          <w:p w:rsidR="00243E7E" w:rsidRPr="00F27726" w:rsidRDefault="00000000">
            <w:pPr>
              <w:spacing w:line="252" w:lineRule="auto"/>
              <w:rPr>
                <w:rFonts w:ascii="Noto Sans KR" w:eastAsia="Noto Sans KR" w:hAnsi="Noto Sans KR"/>
                <w:sz w:val="16"/>
                <w:szCs w:val="16"/>
                <w:lang w:eastAsia="ko-KR"/>
              </w:rPr>
            </w:pPr>
            <w:r w:rsidRPr="00F27726">
              <w:rPr>
                <w:rFonts w:ascii="Noto Sans KR" w:eastAsia="Noto Sans KR" w:hAnsi="Noto Sans KR"/>
                <w:color w:val="1A1A1A"/>
                <w:sz w:val="16"/>
                <w:szCs w:val="16"/>
                <w:lang w:eastAsia="ko-KR"/>
              </w:rPr>
              <w:t>• 공통 항목은 모든 지원자가 작성하며, 경력기술서는 경력 지원자만 작성합니다.</w:t>
            </w:r>
          </w:p>
          <w:p w:rsidR="00243E7E" w:rsidRPr="00F27726" w:rsidRDefault="00000000">
            <w:pPr>
              <w:spacing w:line="252" w:lineRule="auto"/>
              <w:rPr>
                <w:rFonts w:ascii="Noto Sans KR" w:eastAsia="Noto Sans KR" w:hAnsi="Noto Sans KR"/>
                <w:sz w:val="16"/>
                <w:szCs w:val="16"/>
                <w:lang w:eastAsia="ko-KR"/>
              </w:rPr>
            </w:pPr>
            <w:r w:rsidRPr="00F27726">
              <w:rPr>
                <w:rFonts w:ascii="Noto Sans KR" w:eastAsia="Noto Sans KR" w:hAnsi="Noto Sans KR"/>
                <w:color w:val="1A1A1A"/>
                <w:sz w:val="16"/>
                <w:szCs w:val="16"/>
                <w:lang w:eastAsia="ko-KR"/>
              </w:rPr>
              <w:t>• 회색 안내 문구는 실제 내용으로 바꾸어 작성하고, 해당 사항이 없는 항목에는 “해당 없음”을 기재합니다.</w:t>
            </w:r>
          </w:p>
          <w:p w:rsidR="00243E7E" w:rsidRPr="00F27726" w:rsidRDefault="00000000">
            <w:pPr>
              <w:spacing w:line="252" w:lineRule="auto"/>
              <w:rPr>
                <w:rFonts w:ascii="Noto Sans KR" w:eastAsia="Noto Sans KR" w:hAnsi="Noto Sans KR"/>
                <w:sz w:val="16"/>
                <w:szCs w:val="16"/>
                <w:lang w:eastAsia="ko-KR"/>
              </w:rPr>
            </w:pPr>
            <w:r w:rsidRPr="00F27726">
              <w:rPr>
                <w:rFonts w:ascii="Noto Sans KR" w:eastAsia="Noto Sans KR" w:hAnsi="Noto Sans KR"/>
                <w:color w:val="1A1A1A"/>
                <w:sz w:val="16"/>
                <w:szCs w:val="16"/>
                <w:lang w:eastAsia="ko-KR"/>
              </w:rPr>
              <w:t>• 기간은 YYYY.MM 형식으로, 경력과 성과는 사실에 근거하여 구체적으로 작성해 주십시오.</w:t>
            </w:r>
          </w:p>
          <w:p w:rsidR="00243E7E" w:rsidRPr="00F27726" w:rsidRDefault="00000000">
            <w:pPr>
              <w:spacing w:line="252" w:lineRule="auto"/>
              <w:rPr>
                <w:rFonts w:ascii="Noto Sans KR" w:eastAsia="Noto Sans KR" w:hAnsi="Noto Sans KR"/>
                <w:sz w:val="16"/>
                <w:szCs w:val="16"/>
                <w:lang w:eastAsia="ko-KR"/>
              </w:rPr>
            </w:pPr>
            <w:r w:rsidRPr="00F27726">
              <w:rPr>
                <w:rFonts w:ascii="Noto Sans KR" w:eastAsia="Noto Sans KR" w:hAnsi="Noto Sans KR"/>
                <w:color w:val="1A1A1A"/>
                <w:sz w:val="16"/>
                <w:szCs w:val="16"/>
                <w:lang w:eastAsia="ko-KR"/>
              </w:rPr>
              <w:t>• 경력이 2개를 초과하는 경우 경력기술서 페이지를 복사하여 추가할 수 있습니다.</w:t>
            </w:r>
          </w:p>
          <w:p w:rsidR="00243E7E" w:rsidRPr="00F27726" w:rsidRDefault="00000000">
            <w:pPr>
              <w:spacing w:line="252" w:lineRule="auto"/>
              <w:rPr>
                <w:rFonts w:ascii="Noto Sans KR" w:eastAsia="Noto Sans KR" w:hAnsi="Noto Sans KR"/>
                <w:sz w:val="16"/>
                <w:szCs w:val="16"/>
                <w:lang w:eastAsia="ko-KR"/>
              </w:rPr>
            </w:pPr>
            <w:r w:rsidRPr="00F27726">
              <w:rPr>
                <w:rFonts w:ascii="Noto Sans KR" w:eastAsia="Noto Sans KR" w:hAnsi="Noto Sans KR"/>
                <w:color w:val="1A1A1A"/>
                <w:sz w:val="16"/>
                <w:szCs w:val="16"/>
                <w:lang w:eastAsia="ko-KR"/>
              </w:rPr>
              <w:t>• 파일명은 “KSNET_지원부문_성명.docx”로 저장해 제출해 주십시오.</w:t>
            </w:r>
          </w:p>
          <w:p w:rsidR="00243E7E" w:rsidRPr="00F27726" w:rsidRDefault="00000000">
            <w:pPr>
              <w:spacing w:line="252" w:lineRule="auto"/>
              <w:rPr>
                <w:rFonts w:ascii="Noto Sans KR" w:eastAsia="Noto Sans KR" w:hAnsi="Noto Sans KR"/>
                <w:sz w:val="20"/>
                <w:szCs w:val="20"/>
                <w:lang w:eastAsia="ko-KR"/>
              </w:rPr>
            </w:pPr>
            <w:r w:rsidRPr="00F27726">
              <w:rPr>
                <w:rFonts w:ascii="Noto Sans KR" w:eastAsia="Noto Sans KR" w:hAnsi="Noto Sans KR"/>
                <w:color w:val="1A1A1A"/>
                <w:sz w:val="16"/>
                <w:szCs w:val="16"/>
                <w:lang w:eastAsia="ko-KR"/>
              </w:rPr>
              <w:t>• 주민등록번호, 상세주소, 가족관계, 혼인 여부, 신체조건 등 직무와 무관한 개인정보는 기재하지 않습니다.</w:t>
            </w:r>
          </w:p>
        </w:tc>
      </w:tr>
    </w:tbl>
    <w:p w:rsidR="00243E7E" w:rsidRPr="00F27726" w:rsidRDefault="00243E7E">
      <w:pPr>
        <w:spacing w:after="20"/>
        <w:rPr>
          <w:rFonts w:ascii="Noto Sans KR" w:eastAsia="Noto Sans KR" w:hAnsi="Noto Sans KR"/>
          <w:sz w:val="8"/>
          <w:szCs w:val="8"/>
          <w:lang w:eastAsia="ko-KR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701"/>
        <w:gridCol w:w="8951"/>
      </w:tblGrid>
      <w:tr w:rsidR="00243E7E" w:rsidRPr="00F27726" w:rsidTr="001325C4">
        <w:trPr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08200"/>
            <w:tcMar>
              <w:top w:w="85" w:type="dxa"/>
              <w:left w:w="100" w:type="dxa"/>
              <w:bottom w:w="85" w:type="dxa"/>
              <w:right w:w="100" w:type="dxa"/>
            </w:tcMar>
            <w:vAlign w:val="center"/>
          </w:tcPr>
          <w:p w:rsidR="00243E7E" w:rsidRPr="00F27726" w:rsidRDefault="00000000">
            <w:pPr>
              <w:jc w:val="center"/>
              <w:rPr>
                <w:rFonts w:ascii="Noto Sans KR" w:eastAsia="Noto Sans KR" w:hAnsi="Noto Sans KR"/>
                <w:sz w:val="20"/>
                <w:szCs w:val="20"/>
              </w:rPr>
            </w:pPr>
            <w:r w:rsidRPr="00F27726">
              <w:rPr>
                <w:rFonts w:ascii="Noto Sans KR" w:eastAsia="Noto Sans KR" w:hAnsi="Noto Sans KR"/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8951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tcMar>
              <w:top w:w="85" w:type="dxa"/>
              <w:left w:w="100" w:type="dxa"/>
              <w:bottom w:w="85" w:type="dxa"/>
              <w:right w:w="100" w:type="dxa"/>
            </w:tcMar>
            <w:vAlign w:val="center"/>
          </w:tcPr>
          <w:p w:rsidR="00243E7E" w:rsidRPr="00F27726" w:rsidRDefault="00000000">
            <w:pPr>
              <w:rPr>
                <w:rFonts w:ascii="Noto Sans KR" w:eastAsia="Noto Sans KR" w:hAnsi="Noto Sans KR"/>
                <w:sz w:val="20"/>
                <w:szCs w:val="20"/>
              </w:rPr>
            </w:pPr>
            <w:r w:rsidRPr="00F27726">
              <w:rPr>
                <w:rFonts w:ascii="Noto Sans KR" w:eastAsia="Noto Sans KR" w:hAnsi="Noto Sans KR"/>
                <w:b/>
                <w:color w:val="FFFFFF"/>
                <w:sz w:val="20"/>
                <w:szCs w:val="20"/>
              </w:rPr>
              <w:t>지원정보</w:t>
            </w:r>
          </w:p>
        </w:tc>
      </w:tr>
    </w:tbl>
    <w:p w:rsidR="00243E7E" w:rsidRPr="00F27726" w:rsidRDefault="00243E7E">
      <w:pPr>
        <w:spacing w:after="40"/>
        <w:rPr>
          <w:rFonts w:ascii="Noto Sans KR" w:eastAsia="Noto Sans KR" w:hAnsi="Noto Sans KR"/>
          <w:sz w:val="8"/>
          <w:szCs w:val="8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587"/>
        <w:gridCol w:w="3572"/>
        <w:gridCol w:w="1587"/>
        <w:gridCol w:w="3572"/>
      </w:tblGrid>
      <w:tr w:rsidR="00243E7E" w:rsidRPr="00F27726" w:rsidTr="00A02A8A">
        <w:trPr>
          <w:cantSplit/>
          <w:trHeight w:hRule="exact" w:val="624"/>
          <w:jc w:val="center"/>
        </w:trPr>
        <w:tc>
          <w:tcPr>
            <w:tcW w:w="1587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shd w:val="clear" w:color="auto" w:fill="F2F2F2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243E7E" w:rsidRPr="00F27726" w:rsidRDefault="00000000">
            <w:pPr>
              <w:jc w:val="center"/>
              <w:rPr>
                <w:rFonts w:ascii="Noto Sans KR" w:eastAsia="Noto Sans KR" w:hAnsi="Noto Sans KR"/>
                <w:sz w:val="20"/>
                <w:szCs w:val="20"/>
              </w:rPr>
            </w:pPr>
            <w:proofErr w:type="spellStart"/>
            <w:r w:rsidRPr="00F27726">
              <w:rPr>
                <w:rFonts w:ascii="Noto Sans KR" w:eastAsia="Noto Sans KR" w:hAnsi="Noto Sans KR"/>
                <w:b/>
                <w:color w:val="1A1A1A"/>
                <w:sz w:val="20"/>
                <w:szCs w:val="20"/>
              </w:rPr>
              <w:t>지원부문</w:t>
            </w:r>
            <w:proofErr w:type="spellEnd"/>
          </w:p>
        </w:tc>
        <w:tc>
          <w:tcPr>
            <w:tcW w:w="3572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243E7E" w:rsidRPr="00F27726" w:rsidRDefault="00000000">
            <w:pPr>
              <w:rPr>
                <w:rFonts w:ascii="Noto Sans KR" w:eastAsia="Noto Sans KR" w:hAnsi="Noto Sans KR"/>
                <w:sz w:val="20"/>
                <w:szCs w:val="20"/>
                <w:lang w:eastAsia="ko-KR"/>
              </w:rPr>
            </w:pPr>
            <w:r w:rsidRPr="00F27726">
              <w:rPr>
                <w:rFonts w:ascii="Noto Sans KR" w:eastAsia="Noto Sans KR" w:hAnsi="Noto Sans KR"/>
                <w:color w:val="9E9E9E"/>
                <w:sz w:val="20"/>
                <w:szCs w:val="20"/>
                <w:lang w:eastAsia="ko-KR"/>
              </w:rPr>
              <w:t>&lt;채용공고의 모집부문 기재&gt;</w:t>
            </w:r>
          </w:p>
        </w:tc>
        <w:tc>
          <w:tcPr>
            <w:tcW w:w="1587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shd w:val="clear" w:color="auto" w:fill="F2F2F2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243E7E" w:rsidRPr="00F27726" w:rsidRDefault="00000000">
            <w:pPr>
              <w:jc w:val="center"/>
              <w:rPr>
                <w:rFonts w:ascii="Noto Sans KR" w:eastAsia="Noto Sans KR" w:hAnsi="Noto Sans KR"/>
                <w:sz w:val="20"/>
                <w:szCs w:val="20"/>
              </w:rPr>
            </w:pPr>
            <w:proofErr w:type="spellStart"/>
            <w:r w:rsidRPr="00F27726">
              <w:rPr>
                <w:rFonts w:ascii="Noto Sans KR" w:eastAsia="Noto Sans KR" w:hAnsi="Noto Sans KR"/>
                <w:b/>
                <w:color w:val="1A1A1A"/>
                <w:sz w:val="20"/>
                <w:szCs w:val="20"/>
              </w:rPr>
              <w:t>지원구분</w:t>
            </w:r>
            <w:proofErr w:type="spellEnd"/>
          </w:p>
        </w:tc>
        <w:tc>
          <w:tcPr>
            <w:tcW w:w="3572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243E7E" w:rsidRPr="00F27726" w:rsidRDefault="00000000">
            <w:pPr>
              <w:rPr>
                <w:rFonts w:ascii="Noto Sans KR" w:eastAsia="Noto Sans KR" w:hAnsi="Noto Sans KR"/>
                <w:sz w:val="20"/>
                <w:szCs w:val="20"/>
              </w:rPr>
            </w:pPr>
            <w:r w:rsidRPr="00F27726">
              <w:rPr>
                <w:rFonts w:ascii="Noto Sans KR" w:eastAsia="Noto Sans KR" w:hAnsi="Noto Sans KR"/>
                <w:color w:val="9E9E9E"/>
                <w:sz w:val="20"/>
                <w:szCs w:val="20"/>
              </w:rPr>
              <w:t xml:space="preserve">□ </w:t>
            </w:r>
            <w:proofErr w:type="gramStart"/>
            <w:r w:rsidRPr="00F27726">
              <w:rPr>
                <w:rFonts w:ascii="Noto Sans KR" w:eastAsia="Noto Sans KR" w:hAnsi="Noto Sans KR"/>
                <w:color w:val="9E9E9E"/>
                <w:sz w:val="20"/>
                <w:szCs w:val="20"/>
              </w:rPr>
              <w:t>신입  □</w:t>
            </w:r>
            <w:proofErr w:type="gramEnd"/>
            <w:r w:rsidRPr="00F27726">
              <w:rPr>
                <w:rFonts w:ascii="Noto Sans KR" w:eastAsia="Noto Sans KR" w:hAnsi="Noto Sans KR"/>
                <w:color w:val="9E9E9E"/>
                <w:sz w:val="20"/>
                <w:szCs w:val="20"/>
              </w:rPr>
              <w:t xml:space="preserve"> 경력</w:t>
            </w:r>
          </w:p>
        </w:tc>
      </w:tr>
      <w:tr w:rsidR="00243E7E" w:rsidRPr="00F27726" w:rsidTr="00A02A8A">
        <w:trPr>
          <w:cantSplit/>
          <w:trHeight w:hRule="exact" w:val="624"/>
          <w:jc w:val="center"/>
        </w:trPr>
        <w:tc>
          <w:tcPr>
            <w:tcW w:w="1587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shd w:val="clear" w:color="auto" w:fill="F2F2F2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243E7E" w:rsidRPr="00F27726" w:rsidRDefault="00000000">
            <w:pPr>
              <w:jc w:val="center"/>
              <w:rPr>
                <w:rFonts w:ascii="Noto Sans KR" w:eastAsia="Noto Sans KR" w:hAnsi="Noto Sans KR"/>
                <w:sz w:val="20"/>
                <w:szCs w:val="20"/>
              </w:rPr>
            </w:pPr>
            <w:r w:rsidRPr="00F27726">
              <w:rPr>
                <w:rFonts w:ascii="Noto Sans KR" w:eastAsia="Noto Sans KR" w:hAnsi="Noto Sans KR"/>
                <w:b/>
                <w:color w:val="1A1A1A"/>
                <w:sz w:val="20"/>
                <w:szCs w:val="20"/>
              </w:rPr>
              <w:t>희망직급(선택)</w:t>
            </w:r>
          </w:p>
        </w:tc>
        <w:tc>
          <w:tcPr>
            <w:tcW w:w="3572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243E7E" w:rsidRPr="00F27726" w:rsidRDefault="00000000">
            <w:pPr>
              <w:rPr>
                <w:rFonts w:ascii="Noto Sans KR" w:eastAsia="Noto Sans KR" w:hAnsi="Noto Sans KR"/>
                <w:sz w:val="20"/>
                <w:szCs w:val="20"/>
                <w:lang w:eastAsia="ko-KR"/>
              </w:rPr>
            </w:pPr>
            <w:r w:rsidRPr="00F27726">
              <w:rPr>
                <w:rFonts w:ascii="Noto Sans KR" w:eastAsia="Noto Sans KR" w:hAnsi="Noto Sans KR"/>
                <w:color w:val="9E9E9E"/>
                <w:sz w:val="20"/>
                <w:szCs w:val="20"/>
                <w:lang w:eastAsia="ko-KR"/>
              </w:rPr>
              <w:t>&lt;희망 직급 또는 회사 내규&gt;</w:t>
            </w:r>
          </w:p>
        </w:tc>
        <w:tc>
          <w:tcPr>
            <w:tcW w:w="1587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shd w:val="clear" w:color="auto" w:fill="F2F2F2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243E7E" w:rsidRPr="00F27726" w:rsidRDefault="00000000">
            <w:pPr>
              <w:jc w:val="center"/>
              <w:rPr>
                <w:rFonts w:ascii="Noto Sans KR" w:eastAsia="Noto Sans KR" w:hAnsi="Noto Sans KR"/>
                <w:sz w:val="20"/>
                <w:szCs w:val="20"/>
              </w:rPr>
            </w:pPr>
            <w:proofErr w:type="spellStart"/>
            <w:r w:rsidRPr="00F27726">
              <w:rPr>
                <w:rFonts w:ascii="Noto Sans KR" w:eastAsia="Noto Sans KR" w:hAnsi="Noto Sans KR"/>
                <w:b/>
                <w:color w:val="1A1A1A"/>
                <w:sz w:val="20"/>
                <w:szCs w:val="20"/>
              </w:rPr>
              <w:t>입사가능일</w:t>
            </w:r>
            <w:proofErr w:type="spellEnd"/>
          </w:p>
        </w:tc>
        <w:tc>
          <w:tcPr>
            <w:tcW w:w="3572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243E7E" w:rsidRPr="00F27726" w:rsidRDefault="00000000">
            <w:pPr>
              <w:rPr>
                <w:rFonts w:ascii="Noto Sans KR" w:eastAsia="Noto Sans KR" w:hAnsi="Noto Sans KR"/>
                <w:sz w:val="20"/>
                <w:szCs w:val="20"/>
              </w:rPr>
            </w:pPr>
            <w:r w:rsidRPr="00F27726">
              <w:rPr>
                <w:rFonts w:ascii="Noto Sans KR" w:eastAsia="Noto Sans KR" w:hAnsi="Noto Sans KR"/>
                <w:color w:val="9E9E9E"/>
                <w:sz w:val="20"/>
                <w:szCs w:val="20"/>
              </w:rPr>
              <w:t>YYYY.MM.DD</w:t>
            </w:r>
          </w:p>
        </w:tc>
      </w:tr>
      <w:tr w:rsidR="00243E7E" w:rsidRPr="00F27726" w:rsidTr="00A02A8A">
        <w:trPr>
          <w:cantSplit/>
          <w:trHeight w:hRule="exact" w:val="624"/>
          <w:jc w:val="center"/>
        </w:trPr>
        <w:tc>
          <w:tcPr>
            <w:tcW w:w="1587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shd w:val="clear" w:color="auto" w:fill="F2F2F2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243E7E" w:rsidRPr="00F27726" w:rsidRDefault="00000000">
            <w:pPr>
              <w:jc w:val="center"/>
              <w:rPr>
                <w:rFonts w:ascii="Noto Sans KR" w:eastAsia="Noto Sans KR" w:hAnsi="Noto Sans KR"/>
                <w:sz w:val="20"/>
                <w:szCs w:val="20"/>
              </w:rPr>
            </w:pPr>
            <w:r w:rsidRPr="00F27726">
              <w:rPr>
                <w:rFonts w:ascii="Noto Sans KR" w:eastAsia="Noto Sans KR" w:hAnsi="Noto Sans KR"/>
                <w:b/>
                <w:color w:val="1A1A1A"/>
                <w:sz w:val="20"/>
                <w:szCs w:val="20"/>
              </w:rPr>
              <w:t>현재연봉(선택)</w:t>
            </w:r>
          </w:p>
        </w:tc>
        <w:tc>
          <w:tcPr>
            <w:tcW w:w="3572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243E7E" w:rsidRPr="00F27726" w:rsidRDefault="00000000">
            <w:pPr>
              <w:rPr>
                <w:rFonts w:ascii="Noto Sans KR" w:eastAsia="Noto Sans KR" w:hAnsi="Noto Sans KR"/>
                <w:sz w:val="20"/>
                <w:szCs w:val="20"/>
                <w:lang w:eastAsia="ko-KR"/>
              </w:rPr>
            </w:pPr>
            <w:r w:rsidRPr="00F27726">
              <w:rPr>
                <w:rFonts w:ascii="Noto Sans KR" w:eastAsia="Noto Sans KR" w:hAnsi="Noto Sans KR"/>
                <w:color w:val="9E9E9E"/>
                <w:sz w:val="20"/>
                <w:szCs w:val="20"/>
                <w:lang w:eastAsia="ko-KR"/>
              </w:rPr>
              <w:t>&lt;</w:t>
            </w:r>
            <w:proofErr w:type="gramStart"/>
            <w:r w:rsidRPr="00F27726">
              <w:rPr>
                <w:rFonts w:ascii="Noto Sans KR" w:eastAsia="Noto Sans KR" w:hAnsi="Noto Sans KR"/>
                <w:color w:val="9E9E9E"/>
                <w:sz w:val="20"/>
                <w:szCs w:val="20"/>
                <w:lang w:eastAsia="ko-KR"/>
              </w:rPr>
              <w:t>경력자 /</w:t>
            </w:r>
            <w:proofErr w:type="gramEnd"/>
            <w:r w:rsidRPr="00F27726">
              <w:rPr>
                <w:rFonts w:ascii="Noto Sans KR" w:eastAsia="Noto Sans KR" w:hAnsi="Noto Sans KR"/>
                <w:color w:val="9E9E9E"/>
                <w:sz w:val="20"/>
                <w:szCs w:val="20"/>
                <w:lang w:eastAsia="ko-KR"/>
              </w:rPr>
              <w:t xml:space="preserve"> </w:t>
            </w:r>
            <w:r w:rsidR="00F27726">
              <w:rPr>
                <w:rFonts w:ascii="Noto Sans KR" w:eastAsia="Noto Sans KR" w:hAnsi="Noto Sans KR" w:hint="eastAsia"/>
                <w:color w:val="9E9E9E"/>
                <w:sz w:val="20"/>
                <w:szCs w:val="20"/>
                <w:lang w:eastAsia="ko-KR"/>
              </w:rPr>
              <w:t>계약연봉</w:t>
            </w:r>
            <w:r w:rsidRPr="00F27726">
              <w:rPr>
                <w:rFonts w:ascii="Noto Sans KR" w:eastAsia="Noto Sans KR" w:hAnsi="Noto Sans KR"/>
                <w:color w:val="9E9E9E"/>
                <w:sz w:val="20"/>
                <w:szCs w:val="20"/>
                <w:lang w:eastAsia="ko-KR"/>
              </w:rPr>
              <w:t xml:space="preserve"> 기준&gt;</w:t>
            </w:r>
          </w:p>
        </w:tc>
        <w:tc>
          <w:tcPr>
            <w:tcW w:w="1587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shd w:val="clear" w:color="auto" w:fill="F2F2F2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243E7E" w:rsidRPr="00F27726" w:rsidRDefault="00000000">
            <w:pPr>
              <w:jc w:val="center"/>
              <w:rPr>
                <w:rFonts w:ascii="Noto Sans KR" w:eastAsia="Noto Sans KR" w:hAnsi="Noto Sans KR"/>
                <w:sz w:val="20"/>
                <w:szCs w:val="20"/>
              </w:rPr>
            </w:pPr>
            <w:proofErr w:type="spellStart"/>
            <w:r w:rsidRPr="00F27726">
              <w:rPr>
                <w:rFonts w:ascii="Noto Sans KR" w:eastAsia="Noto Sans KR" w:hAnsi="Noto Sans KR"/>
                <w:b/>
                <w:color w:val="1A1A1A"/>
                <w:sz w:val="20"/>
                <w:szCs w:val="20"/>
              </w:rPr>
              <w:t>희망연봉</w:t>
            </w:r>
            <w:proofErr w:type="spellEnd"/>
            <w:r w:rsidRPr="00F27726">
              <w:rPr>
                <w:rFonts w:ascii="Noto Sans KR" w:eastAsia="Noto Sans KR" w:hAnsi="Noto Sans KR"/>
                <w:b/>
                <w:color w:val="1A1A1A"/>
                <w:sz w:val="20"/>
                <w:szCs w:val="20"/>
              </w:rPr>
              <w:t>(</w:t>
            </w:r>
            <w:proofErr w:type="spellStart"/>
            <w:r w:rsidRPr="00F27726">
              <w:rPr>
                <w:rFonts w:ascii="Noto Sans KR" w:eastAsia="Noto Sans KR" w:hAnsi="Noto Sans KR"/>
                <w:b/>
                <w:color w:val="1A1A1A"/>
                <w:sz w:val="20"/>
                <w:szCs w:val="20"/>
              </w:rPr>
              <w:t>선택</w:t>
            </w:r>
            <w:proofErr w:type="spellEnd"/>
            <w:r w:rsidRPr="00F27726">
              <w:rPr>
                <w:rFonts w:ascii="Noto Sans KR" w:eastAsia="Noto Sans KR" w:hAnsi="Noto Sans KR"/>
                <w:b/>
                <w:color w:val="1A1A1A"/>
                <w:sz w:val="20"/>
                <w:szCs w:val="20"/>
              </w:rPr>
              <w:t>)</w:t>
            </w:r>
          </w:p>
        </w:tc>
        <w:tc>
          <w:tcPr>
            <w:tcW w:w="3572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243E7E" w:rsidRPr="00F27726" w:rsidRDefault="00000000">
            <w:pPr>
              <w:rPr>
                <w:rFonts w:ascii="Noto Sans KR" w:eastAsia="Noto Sans KR" w:hAnsi="Noto Sans KR"/>
                <w:sz w:val="20"/>
                <w:szCs w:val="20"/>
                <w:lang w:eastAsia="ko-KR"/>
              </w:rPr>
            </w:pPr>
            <w:r w:rsidRPr="00F27726">
              <w:rPr>
                <w:rFonts w:ascii="Noto Sans KR" w:eastAsia="Noto Sans KR" w:hAnsi="Noto Sans KR"/>
                <w:color w:val="9E9E9E"/>
                <w:sz w:val="20"/>
                <w:szCs w:val="20"/>
                <w:lang w:eastAsia="ko-KR"/>
              </w:rPr>
              <w:t>&lt;</w:t>
            </w:r>
            <w:proofErr w:type="gramStart"/>
            <w:r w:rsidR="00F27726">
              <w:rPr>
                <w:rFonts w:ascii="Noto Sans KR" w:eastAsia="Noto Sans KR" w:hAnsi="Noto Sans KR" w:hint="eastAsia"/>
                <w:color w:val="9E9E9E"/>
                <w:sz w:val="20"/>
                <w:szCs w:val="20"/>
                <w:lang w:eastAsia="ko-KR"/>
              </w:rPr>
              <w:t>O,OOO</w:t>
            </w:r>
            <w:proofErr w:type="gramEnd"/>
            <w:r w:rsidR="00F27726">
              <w:rPr>
                <w:rFonts w:ascii="Noto Sans KR" w:eastAsia="Noto Sans KR" w:hAnsi="Noto Sans KR" w:hint="eastAsia"/>
                <w:color w:val="9E9E9E"/>
                <w:sz w:val="20"/>
                <w:szCs w:val="20"/>
                <w:lang w:eastAsia="ko-KR"/>
              </w:rPr>
              <w:t xml:space="preserve"> 만원 </w:t>
            </w:r>
            <w:r w:rsidRPr="00F27726">
              <w:rPr>
                <w:rFonts w:ascii="Noto Sans KR" w:eastAsia="Noto Sans KR" w:hAnsi="Noto Sans KR"/>
                <w:color w:val="9E9E9E"/>
                <w:sz w:val="20"/>
                <w:szCs w:val="20"/>
                <w:lang w:eastAsia="ko-KR"/>
              </w:rPr>
              <w:t>또는 회사 내규&gt;</w:t>
            </w:r>
          </w:p>
        </w:tc>
      </w:tr>
    </w:tbl>
    <w:p w:rsidR="00243E7E" w:rsidRPr="00F27726" w:rsidRDefault="00243E7E">
      <w:pPr>
        <w:spacing w:after="20"/>
        <w:rPr>
          <w:rFonts w:ascii="Noto Sans KR" w:eastAsia="Noto Sans KR" w:hAnsi="Noto Sans KR"/>
          <w:sz w:val="8"/>
          <w:szCs w:val="8"/>
          <w:lang w:eastAsia="ko-KR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701"/>
        <w:gridCol w:w="8951"/>
      </w:tblGrid>
      <w:tr w:rsidR="00243E7E" w:rsidRPr="00F27726" w:rsidTr="001325C4">
        <w:trPr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08200"/>
            <w:tcMar>
              <w:top w:w="85" w:type="dxa"/>
              <w:left w:w="100" w:type="dxa"/>
              <w:bottom w:w="85" w:type="dxa"/>
              <w:right w:w="100" w:type="dxa"/>
            </w:tcMar>
            <w:vAlign w:val="center"/>
          </w:tcPr>
          <w:p w:rsidR="00243E7E" w:rsidRPr="00F27726" w:rsidRDefault="00000000">
            <w:pPr>
              <w:jc w:val="center"/>
              <w:rPr>
                <w:rFonts w:ascii="Noto Sans KR" w:eastAsia="Noto Sans KR" w:hAnsi="Noto Sans KR"/>
                <w:sz w:val="20"/>
                <w:szCs w:val="20"/>
              </w:rPr>
            </w:pPr>
            <w:r w:rsidRPr="00F27726">
              <w:rPr>
                <w:rFonts w:ascii="Noto Sans KR" w:eastAsia="Noto Sans KR" w:hAnsi="Noto Sans KR"/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8951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tcMar>
              <w:top w:w="85" w:type="dxa"/>
              <w:left w:w="100" w:type="dxa"/>
              <w:bottom w:w="85" w:type="dxa"/>
              <w:right w:w="100" w:type="dxa"/>
            </w:tcMar>
            <w:vAlign w:val="center"/>
          </w:tcPr>
          <w:p w:rsidR="00243E7E" w:rsidRPr="00F27726" w:rsidRDefault="00000000">
            <w:pPr>
              <w:rPr>
                <w:rFonts w:ascii="Noto Sans KR" w:eastAsia="Noto Sans KR" w:hAnsi="Noto Sans KR"/>
                <w:sz w:val="20"/>
                <w:szCs w:val="20"/>
              </w:rPr>
            </w:pPr>
            <w:r w:rsidRPr="00F27726">
              <w:rPr>
                <w:rFonts w:ascii="Noto Sans KR" w:eastAsia="Noto Sans KR" w:hAnsi="Noto Sans KR"/>
                <w:b/>
                <w:color w:val="FFFFFF"/>
                <w:sz w:val="20"/>
                <w:szCs w:val="20"/>
              </w:rPr>
              <w:t>기본 인적사항</w:t>
            </w:r>
          </w:p>
        </w:tc>
      </w:tr>
    </w:tbl>
    <w:p w:rsidR="00243E7E" w:rsidRPr="00F27726" w:rsidRDefault="00243E7E">
      <w:pPr>
        <w:spacing w:before="40" w:after="80"/>
        <w:rPr>
          <w:rFonts w:ascii="Noto Sans KR" w:eastAsia="Noto Sans KR" w:hAnsi="Noto Sans KR"/>
          <w:sz w:val="8"/>
          <w:szCs w:val="8"/>
          <w:lang w:eastAsia="ko-KR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587"/>
        <w:gridCol w:w="3572"/>
        <w:gridCol w:w="1587"/>
        <w:gridCol w:w="3572"/>
      </w:tblGrid>
      <w:tr w:rsidR="00243E7E" w:rsidRPr="00F27726" w:rsidTr="00A02A8A">
        <w:trPr>
          <w:cantSplit/>
          <w:trHeight w:hRule="exact" w:val="624"/>
          <w:jc w:val="center"/>
        </w:trPr>
        <w:tc>
          <w:tcPr>
            <w:tcW w:w="1587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shd w:val="clear" w:color="auto" w:fill="F2F2F2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243E7E" w:rsidRPr="00F27726" w:rsidRDefault="00000000">
            <w:pPr>
              <w:jc w:val="center"/>
              <w:rPr>
                <w:rFonts w:ascii="Noto Sans KR" w:eastAsia="Noto Sans KR" w:hAnsi="Noto Sans KR"/>
                <w:sz w:val="20"/>
                <w:szCs w:val="20"/>
                <w:lang w:eastAsia="ko-KR"/>
              </w:rPr>
            </w:pPr>
            <w:proofErr w:type="spellStart"/>
            <w:r w:rsidRPr="00F27726">
              <w:rPr>
                <w:rFonts w:ascii="Noto Sans KR" w:eastAsia="Noto Sans KR" w:hAnsi="Noto Sans KR"/>
                <w:b/>
                <w:color w:val="1A1A1A"/>
                <w:sz w:val="20"/>
                <w:szCs w:val="20"/>
              </w:rPr>
              <w:t>성명</w:t>
            </w:r>
            <w:proofErr w:type="spellEnd"/>
            <w:r w:rsidR="00D70AC8">
              <w:rPr>
                <w:rFonts w:ascii="Noto Sans KR" w:eastAsia="Noto Sans KR" w:hAnsi="Noto Sans KR" w:hint="eastAsia"/>
                <w:b/>
                <w:color w:val="1A1A1A"/>
                <w:sz w:val="20"/>
                <w:szCs w:val="20"/>
                <w:lang w:eastAsia="ko-KR"/>
              </w:rPr>
              <w:t>(영문)</w:t>
            </w:r>
          </w:p>
        </w:tc>
        <w:tc>
          <w:tcPr>
            <w:tcW w:w="3572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243E7E" w:rsidRPr="00F27726" w:rsidRDefault="00000000">
            <w:pPr>
              <w:rPr>
                <w:rFonts w:ascii="Noto Sans KR" w:eastAsia="Noto Sans KR" w:hAnsi="Noto Sans KR"/>
                <w:sz w:val="20"/>
                <w:szCs w:val="20"/>
              </w:rPr>
            </w:pPr>
            <w:r w:rsidRPr="00F27726">
              <w:rPr>
                <w:rFonts w:ascii="Noto Sans KR" w:eastAsia="Noto Sans KR" w:hAnsi="Noto Sans KR"/>
                <w:color w:val="9E9E9E"/>
                <w:sz w:val="20"/>
                <w:szCs w:val="20"/>
              </w:rPr>
              <w:t>&lt;</w:t>
            </w:r>
            <w:proofErr w:type="spellStart"/>
            <w:r w:rsidRPr="00F27726">
              <w:rPr>
                <w:rFonts w:ascii="Noto Sans KR" w:eastAsia="Noto Sans KR" w:hAnsi="Noto Sans KR"/>
                <w:color w:val="9E9E9E"/>
                <w:sz w:val="20"/>
                <w:szCs w:val="20"/>
              </w:rPr>
              <w:t>한글</w:t>
            </w:r>
            <w:proofErr w:type="spellEnd"/>
            <w:r w:rsidRPr="00F27726">
              <w:rPr>
                <w:rFonts w:ascii="Noto Sans KR" w:eastAsia="Noto Sans KR" w:hAnsi="Noto Sans KR"/>
                <w:color w:val="9E9E9E"/>
                <w:sz w:val="20"/>
                <w:szCs w:val="20"/>
              </w:rPr>
              <w:t xml:space="preserve"> </w:t>
            </w:r>
            <w:proofErr w:type="spellStart"/>
            <w:r w:rsidRPr="00F27726">
              <w:rPr>
                <w:rFonts w:ascii="Noto Sans KR" w:eastAsia="Noto Sans KR" w:hAnsi="Noto Sans KR"/>
                <w:color w:val="9E9E9E"/>
                <w:sz w:val="20"/>
                <w:szCs w:val="20"/>
              </w:rPr>
              <w:t>성명</w:t>
            </w:r>
            <w:proofErr w:type="spellEnd"/>
            <w:r w:rsidR="00D70AC8">
              <w:rPr>
                <w:rFonts w:ascii="Noto Sans KR" w:eastAsia="Noto Sans KR" w:hAnsi="Noto Sans KR" w:hint="eastAsia"/>
                <w:color w:val="9E9E9E"/>
                <w:sz w:val="20"/>
                <w:szCs w:val="20"/>
                <w:lang w:eastAsia="ko-KR"/>
              </w:rPr>
              <w:t>(영문 성명)</w:t>
            </w:r>
            <w:r w:rsidRPr="00F27726">
              <w:rPr>
                <w:rFonts w:ascii="Noto Sans KR" w:eastAsia="Noto Sans KR" w:hAnsi="Noto Sans KR"/>
                <w:color w:val="9E9E9E"/>
                <w:sz w:val="20"/>
                <w:szCs w:val="20"/>
              </w:rPr>
              <w:t>&gt;</w:t>
            </w:r>
          </w:p>
        </w:tc>
        <w:tc>
          <w:tcPr>
            <w:tcW w:w="1587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shd w:val="clear" w:color="auto" w:fill="F2F2F2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243E7E" w:rsidRPr="00F27726" w:rsidRDefault="00000000">
            <w:pPr>
              <w:jc w:val="center"/>
              <w:rPr>
                <w:rFonts w:ascii="Noto Sans KR" w:eastAsia="Noto Sans KR" w:hAnsi="Noto Sans KR"/>
                <w:sz w:val="20"/>
                <w:szCs w:val="20"/>
              </w:rPr>
            </w:pPr>
            <w:r w:rsidRPr="00F27726">
              <w:rPr>
                <w:rFonts w:ascii="Noto Sans KR" w:eastAsia="Noto Sans KR" w:hAnsi="Noto Sans KR"/>
                <w:b/>
                <w:color w:val="1A1A1A"/>
                <w:sz w:val="20"/>
                <w:szCs w:val="20"/>
              </w:rPr>
              <w:t>휴대전화</w:t>
            </w:r>
          </w:p>
        </w:tc>
        <w:tc>
          <w:tcPr>
            <w:tcW w:w="3572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243E7E" w:rsidRPr="00F27726" w:rsidRDefault="00000000">
            <w:pPr>
              <w:rPr>
                <w:rFonts w:ascii="Noto Sans KR" w:eastAsia="Noto Sans KR" w:hAnsi="Noto Sans KR"/>
                <w:sz w:val="20"/>
                <w:szCs w:val="20"/>
              </w:rPr>
            </w:pPr>
            <w:r w:rsidRPr="00F27726">
              <w:rPr>
                <w:rFonts w:ascii="Noto Sans KR" w:eastAsia="Noto Sans KR" w:hAnsi="Noto Sans KR"/>
                <w:color w:val="9E9E9E"/>
                <w:sz w:val="20"/>
                <w:szCs w:val="20"/>
              </w:rPr>
              <w:t>010-0000-0000</w:t>
            </w:r>
          </w:p>
        </w:tc>
      </w:tr>
      <w:tr w:rsidR="00243E7E" w:rsidRPr="00F27726" w:rsidTr="00A02A8A">
        <w:trPr>
          <w:cantSplit/>
          <w:trHeight w:hRule="exact" w:val="624"/>
          <w:jc w:val="center"/>
        </w:trPr>
        <w:tc>
          <w:tcPr>
            <w:tcW w:w="1587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shd w:val="clear" w:color="auto" w:fill="F2F2F2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243E7E" w:rsidRPr="00F27726" w:rsidRDefault="00000000">
            <w:pPr>
              <w:jc w:val="center"/>
              <w:rPr>
                <w:rFonts w:ascii="Noto Sans KR" w:eastAsia="Noto Sans KR" w:hAnsi="Noto Sans KR"/>
                <w:sz w:val="20"/>
                <w:szCs w:val="20"/>
              </w:rPr>
            </w:pPr>
            <w:r w:rsidRPr="00F27726">
              <w:rPr>
                <w:rFonts w:ascii="Noto Sans KR" w:eastAsia="Noto Sans KR" w:hAnsi="Noto Sans KR"/>
                <w:b/>
                <w:color w:val="1A1A1A"/>
                <w:sz w:val="20"/>
                <w:szCs w:val="20"/>
              </w:rPr>
              <w:t>E-mail</w:t>
            </w:r>
          </w:p>
        </w:tc>
        <w:tc>
          <w:tcPr>
            <w:tcW w:w="3572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243E7E" w:rsidRPr="00F27726" w:rsidRDefault="00000000">
            <w:pPr>
              <w:rPr>
                <w:rFonts w:ascii="Noto Sans KR" w:eastAsia="Noto Sans KR" w:hAnsi="Noto Sans KR"/>
                <w:sz w:val="20"/>
                <w:szCs w:val="20"/>
              </w:rPr>
            </w:pPr>
            <w:r w:rsidRPr="00F27726">
              <w:rPr>
                <w:rFonts w:ascii="Noto Sans KR" w:eastAsia="Noto Sans KR" w:hAnsi="Noto Sans KR"/>
                <w:color w:val="9E9E9E"/>
                <w:sz w:val="20"/>
                <w:szCs w:val="20"/>
              </w:rPr>
              <w:t>example@email.com</w:t>
            </w:r>
          </w:p>
        </w:tc>
        <w:tc>
          <w:tcPr>
            <w:tcW w:w="1587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shd w:val="clear" w:color="auto" w:fill="F2F2F2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243E7E" w:rsidRPr="00F27726" w:rsidRDefault="00F27726">
            <w:pPr>
              <w:jc w:val="center"/>
              <w:rPr>
                <w:rFonts w:ascii="Noto Sans KR" w:eastAsia="Noto Sans KR" w:hAnsi="Noto Sans KR"/>
                <w:sz w:val="20"/>
                <w:szCs w:val="20"/>
              </w:rPr>
            </w:pPr>
            <w:r>
              <w:rPr>
                <w:rFonts w:ascii="Noto Sans KR" w:eastAsia="Noto Sans KR" w:hAnsi="Noto Sans KR" w:hint="eastAsia"/>
                <w:b/>
                <w:color w:val="1A1A1A"/>
                <w:sz w:val="20"/>
                <w:szCs w:val="20"/>
                <w:lang w:eastAsia="ko-KR"/>
              </w:rPr>
              <w:t>생년월일</w:t>
            </w:r>
          </w:p>
        </w:tc>
        <w:tc>
          <w:tcPr>
            <w:tcW w:w="3572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243E7E" w:rsidRPr="00F27726" w:rsidRDefault="00F27726">
            <w:pPr>
              <w:rPr>
                <w:rFonts w:ascii="Noto Sans KR" w:eastAsia="Noto Sans KR" w:hAnsi="Noto Sans KR"/>
                <w:sz w:val="20"/>
                <w:szCs w:val="20"/>
                <w:lang w:eastAsia="ko-KR"/>
              </w:rPr>
            </w:pPr>
            <w:r>
              <w:rPr>
                <w:rFonts w:ascii="Noto Sans KR" w:eastAsia="Noto Sans KR" w:hAnsi="Noto Sans KR" w:hint="eastAsia"/>
                <w:color w:val="9E9E9E"/>
                <w:sz w:val="20"/>
                <w:szCs w:val="20"/>
                <w:lang w:eastAsia="ko-KR"/>
              </w:rPr>
              <w:t>0000.00.00</w:t>
            </w:r>
          </w:p>
        </w:tc>
      </w:tr>
      <w:tr w:rsidR="00F27726" w:rsidRPr="00F27726" w:rsidTr="00A02A8A">
        <w:trPr>
          <w:cantSplit/>
          <w:trHeight w:hRule="exact" w:val="624"/>
          <w:jc w:val="center"/>
        </w:trPr>
        <w:tc>
          <w:tcPr>
            <w:tcW w:w="1587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shd w:val="clear" w:color="auto" w:fill="F2F2F2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F27726" w:rsidRPr="00F27726" w:rsidRDefault="00F27726" w:rsidP="00F27726">
            <w:pPr>
              <w:jc w:val="center"/>
              <w:rPr>
                <w:rFonts w:ascii="Noto Sans KR" w:eastAsia="Noto Sans KR" w:hAnsi="Noto Sans KR"/>
                <w:sz w:val="20"/>
                <w:szCs w:val="20"/>
              </w:rPr>
            </w:pPr>
            <w:r w:rsidRPr="00F27726">
              <w:rPr>
                <w:rFonts w:ascii="Noto Sans KR" w:eastAsia="Noto Sans KR" w:hAnsi="Noto Sans KR"/>
                <w:b/>
                <w:color w:val="1A1A1A"/>
                <w:sz w:val="20"/>
                <w:szCs w:val="20"/>
              </w:rPr>
              <w:t>주</w:t>
            </w:r>
            <w:r>
              <w:rPr>
                <w:rFonts w:ascii="Noto Sans KR" w:eastAsia="Noto Sans KR" w:hAnsi="Noto Sans KR" w:hint="eastAsia"/>
                <w:b/>
                <w:color w:val="1A1A1A"/>
                <w:sz w:val="20"/>
                <w:szCs w:val="20"/>
                <w:lang w:eastAsia="ko-KR"/>
              </w:rPr>
              <w:t>소</w:t>
            </w:r>
          </w:p>
        </w:tc>
        <w:tc>
          <w:tcPr>
            <w:tcW w:w="3572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F27726" w:rsidRPr="00F27726" w:rsidRDefault="00F27726" w:rsidP="00F27726">
            <w:pPr>
              <w:rPr>
                <w:rFonts w:ascii="Noto Sans KR" w:eastAsia="Noto Sans KR" w:hAnsi="Noto Sans KR"/>
                <w:sz w:val="20"/>
                <w:szCs w:val="20"/>
                <w:lang w:eastAsia="ko-KR"/>
              </w:rPr>
            </w:pPr>
            <w:r w:rsidRPr="00F27726">
              <w:rPr>
                <w:rFonts w:ascii="Noto Sans KR" w:eastAsia="Noto Sans KR" w:hAnsi="Noto Sans KR"/>
                <w:color w:val="9E9E9E"/>
                <w:sz w:val="20"/>
                <w:szCs w:val="20"/>
                <w:lang w:eastAsia="ko-KR"/>
              </w:rPr>
              <w:t>&lt;시·군·</w:t>
            </w:r>
            <w:proofErr w:type="spellStart"/>
            <w:r w:rsidRPr="00F27726">
              <w:rPr>
                <w:rFonts w:ascii="Noto Sans KR" w:eastAsia="Noto Sans KR" w:hAnsi="Noto Sans KR"/>
                <w:color w:val="9E9E9E"/>
                <w:sz w:val="20"/>
                <w:szCs w:val="20"/>
                <w:lang w:eastAsia="ko-KR"/>
              </w:rPr>
              <w:t>구까지만</w:t>
            </w:r>
            <w:proofErr w:type="spellEnd"/>
            <w:r w:rsidRPr="00F27726">
              <w:rPr>
                <w:rFonts w:ascii="Noto Sans KR" w:eastAsia="Noto Sans KR" w:hAnsi="Noto Sans KR"/>
                <w:color w:val="9E9E9E"/>
                <w:sz w:val="20"/>
                <w:szCs w:val="20"/>
                <w:lang w:eastAsia="ko-KR"/>
              </w:rPr>
              <w:t xml:space="preserve"> 기재&gt;</w:t>
            </w:r>
          </w:p>
        </w:tc>
        <w:tc>
          <w:tcPr>
            <w:tcW w:w="1587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shd w:val="clear" w:color="auto" w:fill="F2F2F2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F27726" w:rsidRPr="00F27726" w:rsidRDefault="00F27726" w:rsidP="00F27726">
            <w:pPr>
              <w:jc w:val="center"/>
              <w:rPr>
                <w:rFonts w:ascii="Noto Sans KR" w:eastAsia="Noto Sans KR" w:hAnsi="Noto Sans KR"/>
                <w:sz w:val="20"/>
                <w:szCs w:val="20"/>
                <w:lang w:eastAsia="ko-KR"/>
              </w:rPr>
            </w:pPr>
            <w:r w:rsidRPr="00F27726">
              <w:rPr>
                <w:rFonts w:ascii="Noto Sans KR" w:eastAsia="Noto Sans KR" w:hAnsi="Noto Sans KR"/>
                <w:b/>
                <w:color w:val="1A1A1A"/>
                <w:sz w:val="20"/>
                <w:szCs w:val="20"/>
                <w:lang w:eastAsia="ko-KR"/>
              </w:rPr>
              <w:t>포트폴리오</w:t>
            </w:r>
          </w:p>
        </w:tc>
        <w:tc>
          <w:tcPr>
            <w:tcW w:w="3572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F27726" w:rsidRPr="00F27726" w:rsidRDefault="00F27726" w:rsidP="00F27726">
            <w:pPr>
              <w:rPr>
                <w:rFonts w:ascii="Noto Sans KR" w:eastAsia="Noto Sans KR" w:hAnsi="Noto Sans KR"/>
                <w:sz w:val="20"/>
                <w:szCs w:val="20"/>
                <w:lang w:eastAsia="ko-KR"/>
              </w:rPr>
            </w:pPr>
            <w:r w:rsidRPr="00F27726">
              <w:rPr>
                <w:rFonts w:ascii="Noto Sans KR" w:eastAsia="Noto Sans KR" w:hAnsi="Noto Sans KR"/>
                <w:color w:val="9E9E9E"/>
                <w:sz w:val="20"/>
                <w:szCs w:val="20"/>
                <w:lang w:eastAsia="ko-KR"/>
              </w:rPr>
              <w:t>&lt;직무 관련 URL</w:t>
            </w:r>
            <w:r>
              <w:rPr>
                <w:rFonts w:ascii="Noto Sans KR" w:eastAsia="Noto Sans KR" w:hAnsi="Noto Sans KR" w:hint="eastAsia"/>
                <w:color w:val="9E9E9E"/>
                <w:sz w:val="20"/>
                <w:szCs w:val="20"/>
                <w:lang w:eastAsia="ko-KR"/>
              </w:rPr>
              <w:t xml:space="preserve"> 또는 별첨 파일명 기재</w:t>
            </w:r>
            <w:r w:rsidRPr="00F27726">
              <w:rPr>
                <w:rFonts w:ascii="Noto Sans KR" w:eastAsia="Noto Sans KR" w:hAnsi="Noto Sans KR"/>
                <w:color w:val="9E9E9E"/>
                <w:sz w:val="20"/>
                <w:szCs w:val="20"/>
                <w:lang w:eastAsia="ko-KR"/>
              </w:rPr>
              <w:t>&gt;</w:t>
            </w:r>
          </w:p>
        </w:tc>
      </w:tr>
    </w:tbl>
    <w:p w:rsidR="00243E7E" w:rsidRPr="00F27726" w:rsidRDefault="00243E7E">
      <w:pPr>
        <w:spacing w:after="20"/>
        <w:rPr>
          <w:rFonts w:ascii="Noto Sans KR" w:eastAsia="Noto Sans KR" w:hAnsi="Noto Sans KR"/>
          <w:sz w:val="8"/>
          <w:szCs w:val="8"/>
          <w:lang w:eastAsia="ko-KR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701"/>
        <w:gridCol w:w="8951"/>
      </w:tblGrid>
      <w:tr w:rsidR="00243E7E" w:rsidRPr="00F27726" w:rsidTr="001325C4">
        <w:trPr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08200"/>
            <w:tcMar>
              <w:top w:w="85" w:type="dxa"/>
              <w:left w:w="100" w:type="dxa"/>
              <w:bottom w:w="85" w:type="dxa"/>
              <w:right w:w="100" w:type="dxa"/>
            </w:tcMar>
            <w:vAlign w:val="center"/>
          </w:tcPr>
          <w:p w:rsidR="00243E7E" w:rsidRPr="00F27726" w:rsidRDefault="00000000">
            <w:pPr>
              <w:jc w:val="center"/>
              <w:rPr>
                <w:rFonts w:ascii="Noto Sans KR" w:eastAsia="Noto Sans KR" w:hAnsi="Noto Sans KR"/>
                <w:sz w:val="20"/>
                <w:szCs w:val="20"/>
              </w:rPr>
            </w:pPr>
            <w:r w:rsidRPr="00F27726">
              <w:rPr>
                <w:rFonts w:ascii="Noto Sans KR" w:eastAsia="Noto Sans KR" w:hAnsi="Noto Sans KR"/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8951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tcMar>
              <w:top w:w="85" w:type="dxa"/>
              <w:left w:w="100" w:type="dxa"/>
              <w:bottom w:w="85" w:type="dxa"/>
              <w:right w:w="100" w:type="dxa"/>
            </w:tcMar>
            <w:vAlign w:val="center"/>
          </w:tcPr>
          <w:p w:rsidR="00243E7E" w:rsidRPr="00F27726" w:rsidRDefault="00000000">
            <w:pPr>
              <w:rPr>
                <w:rFonts w:ascii="Noto Sans KR" w:eastAsia="Noto Sans KR" w:hAnsi="Noto Sans KR"/>
                <w:sz w:val="20"/>
                <w:szCs w:val="20"/>
              </w:rPr>
            </w:pPr>
            <w:r w:rsidRPr="00F27726">
              <w:rPr>
                <w:rFonts w:ascii="Noto Sans KR" w:eastAsia="Noto Sans KR" w:hAnsi="Noto Sans KR"/>
                <w:b/>
                <w:color w:val="FFFFFF"/>
                <w:sz w:val="20"/>
                <w:szCs w:val="20"/>
              </w:rPr>
              <w:t>학력사항</w:t>
            </w:r>
          </w:p>
        </w:tc>
      </w:tr>
    </w:tbl>
    <w:p w:rsidR="00243E7E" w:rsidRPr="00F27726" w:rsidRDefault="00000000">
      <w:pPr>
        <w:spacing w:before="40" w:after="80"/>
        <w:rPr>
          <w:rFonts w:ascii="Noto Sans KR" w:eastAsia="Noto Sans KR" w:hAnsi="Noto Sans KR"/>
          <w:sz w:val="20"/>
          <w:szCs w:val="20"/>
          <w:lang w:eastAsia="ko-KR"/>
        </w:rPr>
      </w:pPr>
      <w:r w:rsidRPr="00F27726">
        <w:rPr>
          <w:rFonts w:ascii="Noto Sans KR" w:eastAsia="Noto Sans KR" w:hAnsi="Noto Sans KR"/>
          <w:color w:val="666666"/>
          <w:sz w:val="20"/>
          <w:szCs w:val="20"/>
          <w:lang w:eastAsia="ko-KR"/>
        </w:rPr>
        <w:t>※ 최종학력부터 역순으로 작성하며, 편입한 경우 편입 전 학교도 함께 기재합니다.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984"/>
        <w:gridCol w:w="2551"/>
        <w:gridCol w:w="1587"/>
        <w:gridCol w:w="2551"/>
        <w:gridCol w:w="1644"/>
      </w:tblGrid>
      <w:tr w:rsidR="00243E7E" w:rsidRPr="00F27726">
        <w:trPr>
          <w:cantSplit/>
          <w:tblHeader/>
          <w:jc w:val="center"/>
        </w:trPr>
        <w:tc>
          <w:tcPr>
            <w:tcW w:w="1984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shd w:val="clear" w:color="auto" w:fill="000000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243E7E" w:rsidRPr="00F27726" w:rsidRDefault="00000000">
            <w:pPr>
              <w:jc w:val="center"/>
              <w:rPr>
                <w:rFonts w:ascii="Noto Sans KR" w:eastAsia="Noto Sans KR" w:hAnsi="Noto Sans KR"/>
                <w:sz w:val="20"/>
                <w:szCs w:val="20"/>
              </w:rPr>
            </w:pPr>
            <w:proofErr w:type="spellStart"/>
            <w:r w:rsidRPr="00F27726">
              <w:rPr>
                <w:rFonts w:ascii="Noto Sans KR" w:eastAsia="Noto Sans KR" w:hAnsi="Noto Sans KR"/>
                <w:b/>
                <w:color w:val="FFFFFF"/>
                <w:sz w:val="20"/>
                <w:szCs w:val="20"/>
              </w:rPr>
              <w:t>재학기간</w:t>
            </w:r>
            <w:proofErr w:type="spellEnd"/>
          </w:p>
        </w:tc>
        <w:tc>
          <w:tcPr>
            <w:tcW w:w="2551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shd w:val="clear" w:color="auto" w:fill="000000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243E7E" w:rsidRPr="00F27726" w:rsidRDefault="00000000">
            <w:pPr>
              <w:jc w:val="center"/>
              <w:rPr>
                <w:rFonts w:ascii="Noto Sans KR" w:eastAsia="Noto Sans KR" w:hAnsi="Noto Sans KR"/>
                <w:sz w:val="20"/>
                <w:szCs w:val="20"/>
              </w:rPr>
            </w:pPr>
            <w:r w:rsidRPr="00F27726">
              <w:rPr>
                <w:rFonts w:ascii="Noto Sans KR" w:eastAsia="Noto Sans KR" w:hAnsi="Noto Sans KR"/>
                <w:b/>
                <w:color w:val="FFFFFF"/>
                <w:sz w:val="20"/>
                <w:szCs w:val="20"/>
              </w:rPr>
              <w:t>학교명</w:t>
            </w:r>
          </w:p>
        </w:tc>
        <w:tc>
          <w:tcPr>
            <w:tcW w:w="1587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shd w:val="clear" w:color="auto" w:fill="000000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243E7E" w:rsidRPr="00F27726" w:rsidRDefault="00000000">
            <w:pPr>
              <w:jc w:val="center"/>
              <w:rPr>
                <w:rFonts w:ascii="Noto Sans KR" w:eastAsia="Noto Sans KR" w:hAnsi="Noto Sans KR"/>
                <w:sz w:val="20"/>
                <w:szCs w:val="20"/>
              </w:rPr>
            </w:pPr>
            <w:r w:rsidRPr="00F27726">
              <w:rPr>
                <w:rFonts w:ascii="Noto Sans KR" w:eastAsia="Noto Sans KR" w:hAnsi="Noto Sans KR"/>
                <w:b/>
                <w:color w:val="FFFFFF"/>
                <w:sz w:val="20"/>
                <w:szCs w:val="20"/>
              </w:rPr>
              <w:t>학력구분</w:t>
            </w:r>
          </w:p>
        </w:tc>
        <w:tc>
          <w:tcPr>
            <w:tcW w:w="2551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shd w:val="clear" w:color="auto" w:fill="000000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243E7E" w:rsidRPr="00F27726" w:rsidRDefault="00000000">
            <w:pPr>
              <w:jc w:val="center"/>
              <w:rPr>
                <w:rFonts w:ascii="Noto Sans KR" w:eastAsia="Noto Sans KR" w:hAnsi="Noto Sans KR"/>
                <w:sz w:val="20"/>
                <w:szCs w:val="20"/>
              </w:rPr>
            </w:pPr>
            <w:r w:rsidRPr="00F27726">
              <w:rPr>
                <w:rFonts w:ascii="Noto Sans KR" w:eastAsia="Noto Sans KR" w:hAnsi="Noto Sans KR"/>
                <w:b/>
                <w:color w:val="FFFFFF"/>
                <w:sz w:val="20"/>
                <w:szCs w:val="20"/>
              </w:rPr>
              <w:t>전공·부전공</w:t>
            </w:r>
          </w:p>
        </w:tc>
        <w:tc>
          <w:tcPr>
            <w:tcW w:w="1644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shd w:val="clear" w:color="auto" w:fill="000000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243E7E" w:rsidRPr="00F27726" w:rsidRDefault="00000000">
            <w:pPr>
              <w:jc w:val="center"/>
              <w:rPr>
                <w:rFonts w:ascii="Noto Sans KR" w:eastAsia="Noto Sans KR" w:hAnsi="Noto Sans KR"/>
                <w:sz w:val="20"/>
                <w:szCs w:val="20"/>
              </w:rPr>
            </w:pPr>
            <w:r w:rsidRPr="00F27726">
              <w:rPr>
                <w:rFonts w:ascii="Noto Sans KR" w:eastAsia="Noto Sans KR" w:hAnsi="Noto Sans KR"/>
                <w:b/>
                <w:color w:val="FFFFFF"/>
                <w:sz w:val="20"/>
                <w:szCs w:val="20"/>
              </w:rPr>
              <w:t>졸업상태</w:t>
            </w:r>
          </w:p>
        </w:tc>
      </w:tr>
      <w:tr w:rsidR="00243E7E" w:rsidRPr="00F27726" w:rsidTr="00D70AC8">
        <w:trPr>
          <w:cantSplit/>
          <w:trHeight w:val="13"/>
          <w:jc w:val="center"/>
        </w:trPr>
        <w:tc>
          <w:tcPr>
            <w:tcW w:w="1984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243E7E" w:rsidRPr="00F27726" w:rsidRDefault="00000000">
            <w:pPr>
              <w:jc w:val="center"/>
              <w:rPr>
                <w:rFonts w:ascii="Noto Sans KR" w:eastAsia="Noto Sans KR" w:hAnsi="Noto Sans KR"/>
                <w:sz w:val="20"/>
                <w:szCs w:val="20"/>
              </w:rPr>
            </w:pPr>
            <w:r w:rsidRPr="00F27726">
              <w:rPr>
                <w:rFonts w:ascii="Noto Sans KR" w:eastAsia="Noto Sans KR" w:hAnsi="Noto Sans KR"/>
                <w:color w:val="9E9E9E"/>
                <w:sz w:val="20"/>
                <w:szCs w:val="20"/>
              </w:rPr>
              <w:t>YYYY.MM ~ YYYY.MM</w:t>
            </w:r>
          </w:p>
        </w:tc>
        <w:tc>
          <w:tcPr>
            <w:tcW w:w="2551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243E7E" w:rsidRPr="00F27726" w:rsidRDefault="00000000">
            <w:pPr>
              <w:jc w:val="center"/>
              <w:rPr>
                <w:rFonts w:ascii="Noto Sans KR" w:eastAsia="Noto Sans KR" w:hAnsi="Noto Sans KR"/>
                <w:sz w:val="20"/>
                <w:szCs w:val="20"/>
              </w:rPr>
            </w:pPr>
            <w:r w:rsidRPr="00F27726">
              <w:rPr>
                <w:rFonts w:ascii="Noto Sans KR" w:eastAsia="Noto Sans KR" w:hAnsi="Noto Sans KR"/>
                <w:color w:val="9E9E9E"/>
                <w:sz w:val="20"/>
                <w:szCs w:val="20"/>
              </w:rPr>
              <w:t>&lt;학교명&gt;</w:t>
            </w:r>
          </w:p>
        </w:tc>
        <w:tc>
          <w:tcPr>
            <w:tcW w:w="1587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243E7E" w:rsidRPr="00F27726" w:rsidRDefault="00000000">
            <w:pPr>
              <w:jc w:val="center"/>
              <w:rPr>
                <w:rFonts w:ascii="Noto Sans KR" w:eastAsia="Noto Sans KR" w:hAnsi="Noto Sans KR"/>
                <w:sz w:val="20"/>
                <w:szCs w:val="20"/>
                <w:lang w:eastAsia="ko-KR"/>
              </w:rPr>
            </w:pPr>
            <w:r w:rsidRPr="00F27726">
              <w:rPr>
                <w:rFonts w:ascii="Noto Sans KR" w:eastAsia="Noto Sans KR" w:hAnsi="Noto Sans KR"/>
                <w:color w:val="9E9E9E"/>
                <w:sz w:val="20"/>
                <w:szCs w:val="20"/>
                <w:lang w:eastAsia="ko-KR"/>
              </w:rPr>
              <w:t>전문학사/학사/석사/박사</w:t>
            </w:r>
          </w:p>
        </w:tc>
        <w:tc>
          <w:tcPr>
            <w:tcW w:w="2551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243E7E" w:rsidRPr="00F27726" w:rsidRDefault="00000000">
            <w:pPr>
              <w:jc w:val="center"/>
              <w:rPr>
                <w:rFonts w:ascii="Noto Sans KR" w:eastAsia="Noto Sans KR" w:hAnsi="Noto Sans KR"/>
                <w:sz w:val="20"/>
                <w:szCs w:val="20"/>
              </w:rPr>
            </w:pPr>
            <w:r w:rsidRPr="00F27726">
              <w:rPr>
                <w:rFonts w:ascii="Noto Sans KR" w:eastAsia="Noto Sans KR" w:hAnsi="Noto Sans KR"/>
                <w:color w:val="9E9E9E"/>
                <w:sz w:val="20"/>
                <w:szCs w:val="20"/>
              </w:rPr>
              <w:t>&lt;</w:t>
            </w:r>
            <w:proofErr w:type="spellStart"/>
            <w:r w:rsidRPr="00F27726">
              <w:rPr>
                <w:rFonts w:ascii="Noto Sans KR" w:eastAsia="Noto Sans KR" w:hAnsi="Noto Sans KR"/>
                <w:color w:val="9E9E9E"/>
                <w:sz w:val="20"/>
                <w:szCs w:val="20"/>
              </w:rPr>
              <w:t>전공·부전공</w:t>
            </w:r>
            <w:proofErr w:type="spellEnd"/>
            <w:r w:rsidRPr="00F27726">
              <w:rPr>
                <w:rFonts w:ascii="Noto Sans KR" w:eastAsia="Noto Sans KR" w:hAnsi="Noto Sans KR"/>
                <w:color w:val="9E9E9E"/>
                <w:sz w:val="20"/>
                <w:szCs w:val="20"/>
              </w:rPr>
              <w:t>&gt;</w:t>
            </w:r>
          </w:p>
        </w:tc>
        <w:tc>
          <w:tcPr>
            <w:tcW w:w="1644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F27726" w:rsidRDefault="00000000">
            <w:pPr>
              <w:jc w:val="center"/>
              <w:rPr>
                <w:rFonts w:ascii="Noto Sans KR" w:eastAsia="Noto Sans KR" w:hAnsi="Noto Sans KR"/>
                <w:color w:val="9E9E9E"/>
                <w:sz w:val="20"/>
                <w:szCs w:val="20"/>
              </w:rPr>
            </w:pPr>
            <w:proofErr w:type="spellStart"/>
            <w:r w:rsidRPr="00F27726">
              <w:rPr>
                <w:rFonts w:ascii="Noto Sans KR" w:eastAsia="Noto Sans KR" w:hAnsi="Noto Sans KR"/>
                <w:color w:val="9E9E9E"/>
                <w:sz w:val="20"/>
                <w:szCs w:val="20"/>
              </w:rPr>
              <w:t>졸업</w:t>
            </w:r>
            <w:proofErr w:type="spellEnd"/>
            <w:r w:rsidRPr="00F27726">
              <w:rPr>
                <w:rFonts w:ascii="Noto Sans KR" w:eastAsia="Noto Sans KR" w:hAnsi="Noto Sans KR"/>
                <w:color w:val="9E9E9E"/>
                <w:sz w:val="20"/>
                <w:szCs w:val="20"/>
              </w:rPr>
              <w:t>/</w:t>
            </w:r>
            <w:proofErr w:type="spellStart"/>
            <w:r w:rsidRPr="00F27726">
              <w:rPr>
                <w:rFonts w:ascii="Noto Sans KR" w:eastAsia="Noto Sans KR" w:hAnsi="Noto Sans KR"/>
                <w:color w:val="9E9E9E"/>
                <w:sz w:val="20"/>
                <w:szCs w:val="20"/>
              </w:rPr>
              <w:t>수료</w:t>
            </w:r>
            <w:proofErr w:type="spellEnd"/>
            <w:r w:rsidRPr="00F27726">
              <w:rPr>
                <w:rFonts w:ascii="Noto Sans KR" w:eastAsia="Noto Sans KR" w:hAnsi="Noto Sans KR"/>
                <w:color w:val="9E9E9E"/>
                <w:sz w:val="20"/>
                <w:szCs w:val="20"/>
              </w:rPr>
              <w:t>/</w:t>
            </w:r>
          </w:p>
          <w:p w:rsidR="00243E7E" w:rsidRPr="00F27726" w:rsidRDefault="00000000">
            <w:pPr>
              <w:jc w:val="center"/>
              <w:rPr>
                <w:rFonts w:ascii="Noto Sans KR" w:eastAsia="Noto Sans KR" w:hAnsi="Noto Sans KR"/>
                <w:sz w:val="20"/>
                <w:szCs w:val="20"/>
              </w:rPr>
            </w:pPr>
            <w:proofErr w:type="spellStart"/>
            <w:r w:rsidRPr="00F27726">
              <w:rPr>
                <w:rFonts w:ascii="Noto Sans KR" w:eastAsia="Noto Sans KR" w:hAnsi="Noto Sans KR"/>
                <w:color w:val="9E9E9E"/>
                <w:sz w:val="20"/>
                <w:szCs w:val="20"/>
              </w:rPr>
              <w:t>재학</w:t>
            </w:r>
            <w:proofErr w:type="spellEnd"/>
            <w:r w:rsidRPr="00F27726">
              <w:rPr>
                <w:rFonts w:ascii="Noto Sans KR" w:eastAsia="Noto Sans KR" w:hAnsi="Noto Sans KR"/>
                <w:color w:val="9E9E9E"/>
                <w:sz w:val="20"/>
                <w:szCs w:val="20"/>
              </w:rPr>
              <w:t>/</w:t>
            </w:r>
            <w:proofErr w:type="spellStart"/>
            <w:r w:rsidRPr="00F27726">
              <w:rPr>
                <w:rFonts w:ascii="Noto Sans KR" w:eastAsia="Noto Sans KR" w:hAnsi="Noto Sans KR"/>
                <w:color w:val="9E9E9E"/>
                <w:sz w:val="20"/>
                <w:szCs w:val="20"/>
              </w:rPr>
              <w:t>중퇴</w:t>
            </w:r>
            <w:proofErr w:type="spellEnd"/>
          </w:p>
        </w:tc>
      </w:tr>
      <w:tr w:rsidR="00243E7E" w:rsidRPr="00F27726" w:rsidTr="00F27726">
        <w:trPr>
          <w:cantSplit/>
          <w:trHeight w:val="13"/>
          <w:jc w:val="center"/>
        </w:trPr>
        <w:tc>
          <w:tcPr>
            <w:tcW w:w="1984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243E7E" w:rsidRPr="00F27726" w:rsidRDefault="00000000">
            <w:pPr>
              <w:jc w:val="center"/>
              <w:rPr>
                <w:rFonts w:ascii="Noto Sans KR" w:eastAsia="Noto Sans KR" w:hAnsi="Noto Sans KR"/>
                <w:sz w:val="20"/>
                <w:szCs w:val="20"/>
              </w:rPr>
            </w:pPr>
            <w:r w:rsidRPr="00F27726">
              <w:rPr>
                <w:rFonts w:ascii="Noto Sans KR" w:eastAsia="Noto Sans KR" w:hAnsi="Noto Sans KR"/>
                <w:color w:val="9E9E9E"/>
                <w:sz w:val="20"/>
                <w:szCs w:val="20"/>
              </w:rPr>
              <w:t>YYYY.MM ~ YYYY.MM</w:t>
            </w:r>
          </w:p>
        </w:tc>
        <w:tc>
          <w:tcPr>
            <w:tcW w:w="2551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243E7E" w:rsidRPr="00F27726" w:rsidRDefault="00000000">
            <w:pPr>
              <w:jc w:val="center"/>
              <w:rPr>
                <w:rFonts w:ascii="Noto Sans KR" w:eastAsia="Noto Sans KR" w:hAnsi="Noto Sans KR"/>
                <w:sz w:val="20"/>
                <w:szCs w:val="20"/>
              </w:rPr>
            </w:pPr>
            <w:r w:rsidRPr="00F27726">
              <w:rPr>
                <w:rFonts w:ascii="Noto Sans KR" w:eastAsia="Noto Sans KR" w:hAnsi="Noto Sans KR"/>
                <w:color w:val="9E9E9E"/>
                <w:sz w:val="20"/>
                <w:szCs w:val="20"/>
              </w:rPr>
              <w:t>&lt;학교명&gt;</w:t>
            </w:r>
          </w:p>
        </w:tc>
        <w:tc>
          <w:tcPr>
            <w:tcW w:w="1587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243E7E" w:rsidRPr="00F27726" w:rsidRDefault="00000000">
            <w:pPr>
              <w:jc w:val="center"/>
              <w:rPr>
                <w:rFonts w:ascii="Noto Sans KR" w:eastAsia="Noto Sans KR" w:hAnsi="Noto Sans KR"/>
                <w:sz w:val="20"/>
                <w:szCs w:val="20"/>
                <w:lang w:eastAsia="ko-KR"/>
              </w:rPr>
            </w:pPr>
            <w:r w:rsidRPr="00F27726">
              <w:rPr>
                <w:rFonts w:ascii="Noto Sans KR" w:eastAsia="Noto Sans KR" w:hAnsi="Noto Sans KR"/>
                <w:color w:val="9E9E9E"/>
                <w:sz w:val="20"/>
                <w:szCs w:val="20"/>
                <w:lang w:eastAsia="ko-KR"/>
              </w:rPr>
              <w:t>전문학사/학사/석사/박사</w:t>
            </w:r>
          </w:p>
        </w:tc>
        <w:tc>
          <w:tcPr>
            <w:tcW w:w="2551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243E7E" w:rsidRPr="00F27726" w:rsidRDefault="00000000">
            <w:pPr>
              <w:jc w:val="center"/>
              <w:rPr>
                <w:rFonts w:ascii="Noto Sans KR" w:eastAsia="Noto Sans KR" w:hAnsi="Noto Sans KR"/>
                <w:sz w:val="20"/>
                <w:szCs w:val="20"/>
              </w:rPr>
            </w:pPr>
            <w:r w:rsidRPr="00F27726">
              <w:rPr>
                <w:rFonts w:ascii="Noto Sans KR" w:eastAsia="Noto Sans KR" w:hAnsi="Noto Sans KR"/>
                <w:color w:val="9E9E9E"/>
                <w:sz w:val="20"/>
                <w:szCs w:val="20"/>
              </w:rPr>
              <w:t>&lt;</w:t>
            </w:r>
            <w:proofErr w:type="spellStart"/>
            <w:r w:rsidRPr="00F27726">
              <w:rPr>
                <w:rFonts w:ascii="Noto Sans KR" w:eastAsia="Noto Sans KR" w:hAnsi="Noto Sans KR"/>
                <w:color w:val="9E9E9E"/>
                <w:sz w:val="20"/>
                <w:szCs w:val="20"/>
              </w:rPr>
              <w:t>전공·부전공</w:t>
            </w:r>
            <w:proofErr w:type="spellEnd"/>
            <w:r w:rsidRPr="00F27726">
              <w:rPr>
                <w:rFonts w:ascii="Noto Sans KR" w:eastAsia="Noto Sans KR" w:hAnsi="Noto Sans KR"/>
                <w:color w:val="9E9E9E"/>
                <w:sz w:val="20"/>
                <w:szCs w:val="20"/>
              </w:rPr>
              <w:t>&gt;</w:t>
            </w:r>
          </w:p>
        </w:tc>
        <w:tc>
          <w:tcPr>
            <w:tcW w:w="1644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F27726" w:rsidRDefault="00000000">
            <w:pPr>
              <w:jc w:val="center"/>
              <w:rPr>
                <w:rFonts w:ascii="Noto Sans KR" w:eastAsia="Noto Sans KR" w:hAnsi="Noto Sans KR"/>
                <w:color w:val="9E9E9E"/>
                <w:sz w:val="20"/>
                <w:szCs w:val="20"/>
              </w:rPr>
            </w:pPr>
            <w:proofErr w:type="spellStart"/>
            <w:r w:rsidRPr="00F27726">
              <w:rPr>
                <w:rFonts w:ascii="Noto Sans KR" w:eastAsia="Noto Sans KR" w:hAnsi="Noto Sans KR"/>
                <w:color w:val="9E9E9E"/>
                <w:sz w:val="20"/>
                <w:szCs w:val="20"/>
              </w:rPr>
              <w:t>졸업</w:t>
            </w:r>
            <w:proofErr w:type="spellEnd"/>
            <w:r w:rsidRPr="00F27726">
              <w:rPr>
                <w:rFonts w:ascii="Noto Sans KR" w:eastAsia="Noto Sans KR" w:hAnsi="Noto Sans KR"/>
                <w:color w:val="9E9E9E"/>
                <w:sz w:val="20"/>
                <w:szCs w:val="20"/>
              </w:rPr>
              <w:t>/</w:t>
            </w:r>
            <w:proofErr w:type="spellStart"/>
            <w:r w:rsidRPr="00F27726">
              <w:rPr>
                <w:rFonts w:ascii="Noto Sans KR" w:eastAsia="Noto Sans KR" w:hAnsi="Noto Sans KR"/>
                <w:color w:val="9E9E9E"/>
                <w:sz w:val="20"/>
                <w:szCs w:val="20"/>
              </w:rPr>
              <w:t>수료</w:t>
            </w:r>
            <w:proofErr w:type="spellEnd"/>
            <w:r w:rsidRPr="00F27726">
              <w:rPr>
                <w:rFonts w:ascii="Noto Sans KR" w:eastAsia="Noto Sans KR" w:hAnsi="Noto Sans KR"/>
                <w:color w:val="9E9E9E"/>
                <w:sz w:val="20"/>
                <w:szCs w:val="20"/>
              </w:rPr>
              <w:t>/</w:t>
            </w:r>
          </w:p>
          <w:p w:rsidR="00243E7E" w:rsidRPr="00F27726" w:rsidRDefault="00000000">
            <w:pPr>
              <w:jc w:val="center"/>
              <w:rPr>
                <w:rFonts w:ascii="Noto Sans KR" w:eastAsia="Noto Sans KR" w:hAnsi="Noto Sans KR"/>
                <w:sz w:val="20"/>
                <w:szCs w:val="20"/>
              </w:rPr>
            </w:pPr>
            <w:proofErr w:type="spellStart"/>
            <w:r w:rsidRPr="00F27726">
              <w:rPr>
                <w:rFonts w:ascii="Noto Sans KR" w:eastAsia="Noto Sans KR" w:hAnsi="Noto Sans KR"/>
                <w:color w:val="9E9E9E"/>
                <w:sz w:val="20"/>
                <w:szCs w:val="20"/>
              </w:rPr>
              <w:t>재학</w:t>
            </w:r>
            <w:proofErr w:type="spellEnd"/>
            <w:r w:rsidRPr="00F27726">
              <w:rPr>
                <w:rFonts w:ascii="Noto Sans KR" w:eastAsia="Noto Sans KR" w:hAnsi="Noto Sans KR"/>
                <w:color w:val="9E9E9E"/>
                <w:sz w:val="20"/>
                <w:szCs w:val="20"/>
              </w:rPr>
              <w:t>/</w:t>
            </w:r>
            <w:proofErr w:type="spellStart"/>
            <w:r w:rsidRPr="00F27726">
              <w:rPr>
                <w:rFonts w:ascii="Noto Sans KR" w:eastAsia="Noto Sans KR" w:hAnsi="Noto Sans KR"/>
                <w:color w:val="9E9E9E"/>
                <w:sz w:val="20"/>
                <w:szCs w:val="20"/>
              </w:rPr>
              <w:t>중퇴</w:t>
            </w:r>
            <w:proofErr w:type="spellEnd"/>
          </w:p>
        </w:tc>
      </w:tr>
      <w:tr w:rsidR="00243E7E" w:rsidRPr="00F27726" w:rsidTr="00F27726">
        <w:trPr>
          <w:cantSplit/>
          <w:trHeight w:val="13"/>
          <w:jc w:val="center"/>
        </w:trPr>
        <w:tc>
          <w:tcPr>
            <w:tcW w:w="1984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243E7E" w:rsidRPr="00F27726" w:rsidRDefault="00000000">
            <w:pPr>
              <w:jc w:val="center"/>
              <w:rPr>
                <w:rFonts w:ascii="Noto Sans KR" w:eastAsia="Noto Sans KR" w:hAnsi="Noto Sans KR"/>
                <w:sz w:val="20"/>
                <w:szCs w:val="20"/>
              </w:rPr>
            </w:pPr>
            <w:r w:rsidRPr="00F27726">
              <w:rPr>
                <w:rFonts w:ascii="Noto Sans KR" w:eastAsia="Noto Sans KR" w:hAnsi="Noto Sans KR"/>
                <w:color w:val="9E9E9E"/>
                <w:sz w:val="20"/>
                <w:szCs w:val="20"/>
              </w:rPr>
              <w:t>YYYY.MM ~ YYYY.MM</w:t>
            </w:r>
          </w:p>
        </w:tc>
        <w:tc>
          <w:tcPr>
            <w:tcW w:w="2551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243E7E" w:rsidRPr="00F27726" w:rsidRDefault="00000000">
            <w:pPr>
              <w:jc w:val="center"/>
              <w:rPr>
                <w:rFonts w:ascii="Noto Sans KR" w:eastAsia="Noto Sans KR" w:hAnsi="Noto Sans KR"/>
                <w:sz w:val="20"/>
                <w:szCs w:val="20"/>
              </w:rPr>
            </w:pPr>
            <w:r w:rsidRPr="00F27726">
              <w:rPr>
                <w:rFonts w:ascii="Noto Sans KR" w:eastAsia="Noto Sans KR" w:hAnsi="Noto Sans KR"/>
                <w:color w:val="9E9E9E"/>
                <w:sz w:val="20"/>
                <w:szCs w:val="20"/>
              </w:rPr>
              <w:t>&lt;학교명&gt;</w:t>
            </w:r>
          </w:p>
        </w:tc>
        <w:tc>
          <w:tcPr>
            <w:tcW w:w="1587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243E7E" w:rsidRPr="00F27726" w:rsidRDefault="00000000">
            <w:pPr>
              <w:jc w:val="center"/>
              <w:rPr>
                <w:rFonts w:ascii="Noto Sans KR" w:eastAsia="Noto Sans KR" w:hAnsi="Noto Sans KR"/>
                <w:sz w:val="20"/>
                <w:szCs w:val="20"/>
                <w:lang w:eastAsia="ko-KR"/>
              </w:rPr>
            </w:pPr>
            <w:r w:rsidRPr="00F27726">
              <w:rPr>
                <w:rFonts w:ascii="Noto Sans KR" w:eastAsia="Noto Sans KR" w:hAnsi="Noto Sans KR"/>
                <w:color w:val="9E9E9E"/>
                <w:sz w:val="20"/>
                <w:szCs w:val="20"/>
                <w:lang w:eastAsia="ko-KR"/>
              </w:rPr>
              <w:t>고등학교</w:t>
            </w:r>
          </w:p>
        </w:tc>
        <w:tc>
          <w:tcPr>
            <w:tcW w:w="2551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243E7E" w:rsidRPr="00F27726" w:rsidRDefault="00000000">
            <w:pPr>
              <w:jc w:val="center"/>
              <w:rPr>
                <w:rFonts w:ascii="Noto Sans KR" w:eastAsia="Noto Sans KR" w:hAnsi="Noto Sans KR"/>
                <w:sz w:val="20"/>
                <w:szCs w:val="20"/>
              </w:rPr>
            </w:pPr>
            <w:r w:rsidRPr="00F27726">
              <w:rPr>
                <w:rFonts w:ascii="Noto Sans KR" w:eastAsia="Noto Sans KR" w:hAnsi="Noto Sans KR"/>
                <w:color w:val="9E9E9E"/>
                <w:sz w:val="20"/>
                <w:szCs w:val="20"/>
              </w:rPr>
              <w:t>&lt;</w:t>
            </w:r>
            <w:proofErr w:type="spellStart"/>
            <w:r w:rsidRPr="00F27726">
              <w:rPr>
                <w:rFonts w:ascii="Noto Sans KR" w:eastAsia="Noto Sans KR" w:hAnsi="Noto Sans KR"/>
                <w:color w:val="9E9E9E"/>
                <w:sz w:val="20"/>
                <w:szCs w:val="20"/>
              </w:rPr>
              <w:t>전공·부전공</w:t>
            </w:r>
            <w:proofErr w:type="spellEnd"/>
            <w:r w:rsidRPr="00F27726">
              <w:rPr>
                <w:rFonts w:ascii="Noto Sans KR" w:eastAsia="Noto Sans KR" w:hAnsi="Noto Sans KR"/>
                <w:color w:val="9E9E9E"/>
                <w:sz w:val="20"/>
                <w:szCs w:val="20"/>
              </w:rPr>
              <w:t>&gt;</w:t>
            </w:r>
          </w:p>
        </w:tc>
        <w:tc>
          <w:tcPr>
            <w:tcW w:w="1644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F27726" w:rsidRDefault="00000000">
            <w:pPr>
              <w:jc w:val="center"/>
              <w:rPr>
                <w:rFonts w:ascii="Noto Sans KR" w:eastAsia="Noto Sans KR" w:hAnsi="Noto Sans KR"/>
                <w:color w:val="9E9E9E"/>
                <w:sz w:val="20"/>
                <w:szCs w:val="20"/>
              </w:rPr>
            </w:pPr>
            <w:proofErr w:type="spellStart"/>
            <w:r w:rsidRPr="00F27726">
              <w:rPr>
                <w:rFonts w:ascii="Noto Sans KR" w:eastAsia="Noto Sans KR" w:hAnsi="Noto Sans KR"/>
                <w:color w:val="9E9E9E"/>
                <w:sz w:val="20"/>
                <w:szCs w:val="20"/>
              </w:rPr>
              <w:t>졸업</w:t>
            </w:r>
            <w:proofErr w:type="spellEnd"/>
            <w:r w:rsidRPr="00F27726">
              <w:rPr>
                <w:rFonts w:ascii="Noto Sans KR" w:eastAsia="Noto Sans KR" w:hAnsi="Noto Sans KR"/>
                <w:color w:val="9E9E9E"/>
                <w:sz w:val="20"/>
                <w:szCs w:val="20"/>
              </w:rPr>
              <w:t>/</w:t>
            </w:r>
            <w:proofErr w:type="spellStart"/>
            <w:r w:rsidRPr="00F27726">
              <w:rPr>
                <w:rFonts w:ascii="Noto Sans KR" w:eastAsia="Noto Sans KR" w:hAnsi="Noto Sans KR"/>
                <w:color w:val="9E9E9E"/>
                <w:sz w:val="20"/>
                <w:szCs w:val="20"/>
              </w:rPr>
              <w:t>수료</w:t>
            </w:r>
            <w:proofErr w:type="spellEnd"/>
            <w:r w:rsidRPr="00F27726">
              <w:rPr>
                <w:rFonts w:ascii="Noto Sans KR" w:eastAsia="Noto Sans KR" w:hAnsi="Noto Sans KR"/>
                <w:color w:val="9E9E9E"/>
                <w:sz w:val="20"/>
                <w:szCs w:val="20"/>
              </w:rPr>
              <w:t>/</w:t>
            </w:r>
          </w:p>
          <w:p w:rsidR="00243E7E" w:rsidRPr="00F27726" w:rsidRDefault="00000000">
            <w:pPr>
              <w:jc w:val="center"/>
              <w:rPr>
                <w:rFonts w:ascii="Noto Sans KR" w:eastAsia="Noto Sans KR" w:hAnsi="Noto Sans KR"/>
                <w:sz w:val="20"/>
                <w:szCs w:val="20"/>
              </w:rPr>
            </w:pPr>
            <w:proofErr w:type="spellStart"/>
            <w:r w:rsidRPr="00F27726">
              <w:rPr>
                <w:rFonts w:ascii="Noto Sans KR" w:eastAsia="Noto Sans KR" w:hAnsi="Noto Sans KR"/>
                <w:color w:val="9E9E9E"/>
                <w:sz w:val="20"/>
                <w:szCs w:val="20"/>
              </w:rPr>
              <w:t>재학</w:t>
            </w:r>
            <w:proofErr w:type="spellEnd"/>
            <w:r w:rsidRPr="00F27726">
              <w:rPr>
                <w:rFonts w:ascii="Noto Sans KR" w:eastAsia="Noto Sans KR" w:hAnsi="Noto Sans KR"/>
                <w:color w:val="9E9E9E"/>
                <w:sz w:val="20"/>
                <w:szCs w:val="20"/>
              </w:rPr>
              <w:t>/</w:t>
            </w:r>
            <w:proofErr w:type="spellStart"/>
            <w:r w:rsidRPr="00F27726">
              <w:rPr>
                <w:rFonts w:ascii="Noto Sans KR" w:eastAsia="Noto Sans KR" w:hAnsi="Noto Sans KR"/>
                <w:color w:val="9E9E9E"/>
                <w:sz w:val="20"/>
                <w:szCs w:val="20"/>
              </w:rPr>
              <w:t>중퇴</w:t>
            </w:r>
            <w:proofErr w:type="spellEnd"/>
          </w:p>
        </w:tc>
      </w:tr>
    </w:tbl>
    <w:p w:rsidR="00243E7E" w:rsidRPr="00A02A8A" w:rsidRDefault="00243E7E">
      <w:pPr>
        <w:rPr>
          <w:rFonts w:ascii="Noto Sans KR" w:eastAsia="Noto Sans KR" w:hAnsi="Noto Sans KR"/>
          <w:sz w:val="8"/>
          <w:szCs w:val="8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701"/>
        <w:gridCol w:w="8951"/>
      </w:tblGrid>
      <w:tr w:rsidR="00243E7E" w:rsidRPr="00F27726" w:rsidTr="001325C4">
        <w:trPr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08200"/>
            <w:tcMar>
              <w:top w:w="85" w:type="dxa"/>
              <w:left w:w="100" w:type="dxa"/>
              <w:bottom w:w="85" w:type="dxa"/>
              <w:right w:w="100" w:type="dxa"/>
            </w:tcMar>
            <w:vAlign w:val="center"/>
          </w:tcPr>
          <w:p w:rsidR="00243E7E" w:rsidRPr="00F27726" w:rsidRDefault="00000000">
            <w:pPr>
              <w:jc w:val="center"/>
              <w:rPr>
                <w:rFonts w:ascii="Noto Sans KR" w:eastAsia="Noto Sans KR" w:hAnsi="Noto Sans KR"/>
                <w:sz w:val="20"/>
                <w:szCs w:val="20"/>
              </w:rPr>
            </w:pPr>
            <w:r w:rsidRPr="00F27726">
              <w:rPr>
                <w:rFonts w:ascii="Noto Sans KR" w:eastAsia="Noto Sans KR" w:hAnsi="Noto Sans KR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8951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tcMar>
              <w:top w:w="85" w:type="dxa"/>
              <w:left w:w="100" w:type="dxa"/>
              <w:bottom w:w="85" w:type="dxa"/>
              <w:right w:w="100" w:type="dxa"/>
            </w:tcMar>
            <w:vAlign w:val="center"/>
          </w:tcPr>
          <w:p w:rsidR="00243E7E" w:rsidRPr="00F27726" w:rsidRDefault="00000000">
            <w:pPr>
              <w:rPr>
                <w:rFonts w:ascii="Noto Sans KR" w:eastAsia="Noto Sans KR" w:hAnsi="Noto Sans KR"/>
                <w:sz w:val="20"/>
                <w:szCs w:val="20"/>
              </w:rPr>
            </w:pPr>
            <w:r w:rsidRPr="00F27726">
              <w:rPr>
                <w:rFonts w:ascii="Noto Sans KR" w:eastAsia="Noto Sans KR" w:hAnsi="Noto Sans KR"/>
                <w:b/>
                <w:color w:val="FFFFFF"/>
                <w:sz w:val="20"/>
                <w:szCs w:val="20"/>
              </w:rPr>
              <w:t>경력 및 프로젝트 요약</w:t>
            </w:r>
          </w:p>
        </w:tc>
      </w:tr>
    </w:tbl>
    <w:p w:rsidR="00243E7E" w:rsidRPr="00F27726" w:rsidRDefault="00000000">
      <w:pPr>
        <w:spacing w:before="40" w:after="80"/>
        <w:rPr>
          <w:rFonts w:ascii="Noto Sans KR" w:eastAsia="Noto Sans KR" w:hAnsi="Noto Sans KR"/>
          <w:sz w:val="20"/>
          <w:szCs w:val="20"/>
          <w:lang w:eastAsia="ko-KR"/>
        </w:rPr>
      </w:pPr>
      <w:r w:rsidRPr="00F27726">
        <w:rPr>
          <w:rFonts w:ascii="Noto Sans KR" w:eastAsia="Noto Sans KR" w:hAnsi="Noto Sans KR"/>
          <w:color w:val="666666"/>
          <w:sz w:val="20"/>
          <w:szCs w:val="20"/>
          <w:lang w:eastAsia="ko-KR"/>
        </w:rPr>
        <w:t>※ 경력 지원자는 주요 근무경력을, 신입 지원자는 인턴·산학과제·프리랜서·프로젝트 등 직무 관련 경험을 작성합니다.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587"/>
        <w:gridCol w:w="3572"/>
        <w:gridCol w:w="1587"/>
        <w:gridCol w:w="3572"/>
      </w:tblGrid>
      <w:tr w:rsidR="00243E7E" w:rsidRPr="00F27726" w:rsidTr="00A02A8A">
        <w:trPr>
          <w:cantSplit/>
          <w:trHeight w:hRule="exact" w:val="624"/>
          <w:jc w:val="center"/>
        </w:trPr>
        <w:tc>
          <w:tcPr>
            <w:tcW w:w="1587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shd w:val="clear" w:color="auto" w:fill="F2F2F2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243E7E" w:rsidRPr="00F27726" w:rsidRDefault="00000000">
            <w:pPr>
              <w:jc w:val="center"/>
              <w:rPr>
                <w:rFonts w:ascii="Noto Sans KR" w:eastAsia="Noto Sans KR" w:hAnsi="Noto Sans KR"/>
                <w:sz w:val="20"/>
                <w:szCs w:val="20"/>
              </w:rPr>
            </w:pPr>
            <w:r w:rsidRPr="00F27726">
              <w:rPr>
                <w:rFonts w:ascii="Noto Sans KR" w:eastAsia="Noto Sans KR" w:hAnsi="Noto Sans KR"/>
                <w:b/>
                <w:color w:val="1A1A1A"/>
                <w:sz w:val="20"/>
                <w:szCs w:val="20"/>
              </w:rPr>
              <w:t xml:space="preserve">총 </w:t>
            </w:r>
            <w:proofErr w:type="spellStart"/>
            <w:r w:rsidRPr="00F27726">
              <w:rPr>
                <w:rFonts w:ascii="Noto Sans KR" w:eastAsia="Noto Sans KR" w:hAnsi="Noto Sans KR"/>
                <w:b/>
                <w:color w:val="1A1A1A"/>
                <w:sz w:val="20"/>
                <w:szCs w:val="20"/>
              </w:rPr>
              <w:t>경력기간</w:t>
            </w:r>
            <w:proofErr w:type="spellEnd"/>
          </w:p>
        </w:tc>
        <w:tc>
          <w:tcPr>
            <w:tcW w:w="3572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243E7E" w:rsidRPr="00F27726" w:rsidRDefault="00000000">
            <w:pPr>
              <w:rPr>
                <w:rFonts w:ascii="Noto Sans KR" w:eastAsia="Noto Sans KR" w:hAnsi="Noto Sans KR"/>
                <w:sz w:val="20"/>
                <w:szCs w:val="20"/>
              </w:rPr>
            </w:pPr>
            <w:r w:rsidRPr="00F27726">
              <w:rPr>
                <w:rFonts w:ascii="Noto Sans KR" w:eastAsia="Noto Sans KR" w:hAnsi="Noto Sans KR"/>
                <w:color w:val="9E9E9E"/>
                <w:sz w:val="20"/>
                <w:szCs w:val="20"/>
              </w:rPr>
              <w:t>&lt;예: 5년 3개월&gt;</w:t>
            </w:r>
          </w:p>
        </w:tc>
        <w:tc>
          <w:tcPr>
            <w:tcW w:w="1587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shd w:val="clear" w:color="auto" w:fill="F2F2F2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243E7E" w:rsidRPr="00F27726" w:rsidRDefault="00000000">
            <w:pPr>
              <w:jc w:val="center"/>
              <w:rPr>
                <w:rFonts w:ascii="Noto Sans KR" w:eastAsia="Noto Sans KR" w:hAnsi="Noto Sans KR"/>
                <w:sz w:val="20"/>
                <w:szCs w:val="20"/>
              </w:rPr>
            </w:pPr>
            <w:r w:rsidRPr="00F27726">
              <w:rPr>
                <w:rFonts w:ascii="Noto Sans KR" w:eastAsia="Noto Sans KR" w:hAnsi="Noto Sans KR"/>
                <w:b/>
                <w:color w:val="1A1A1A"/>
                <w:sz w:val="20"/>
                <w:szCs w:val="20"/>
              </w:rPr>
              <w:t>핵심 직무분야</w:t>
            </w:r>
          </w:p>
        </w:tc>
        <w:tc>
          <w:tcPr>
            <w:tcW w:w="3572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243E7E" w:rsidRPr="00F27726" w:rsidRDefault="00000000">
            <w:pPr>
              <w:rPr>
                <w:rFonts w:ascii="Noto Sans KR" w:eastAsia="Noto Sans KR" w:hAnsi="Noto Sans KR"/>
                <w:sz w:val="20"/>
                <w:szCs w:val="20"/>
                <w:lang w:eastAsia="ko-KR"/>
              </w:rPr>
            </w:pPr>
            <w:r w:rsidRPr="00F27726">
              <w:rPr>
                <w:rFonts w:ascii="Noto Sans KR" w:eastAsia="Noto Sans KR" w:hAnsi="Noto Sans KR"/>
                <w:color w:val="9E9E9E"/>
                <w:sz w:val="20"/>
                <w:szCs w:val="20"/>
                <w:lang w:eastAsia="ko-KR"/>
              </w:rPr>
              <w:t xml:space="preserve">&lt;예: PG영업, </w:t>
            </w:r>
            <w:proofErr w:type="spellStart"/>
            <w:r w:rsidRPr="00F27726">
              <w:rPr>
                <w:rFonts w:ascii="Noto Sans KR" w:eastAsia="Noto Sans KR" w:hAnsi="Noto Sans KR"/>
                <w:color w:val="9E9E9E"/>
                <w:sz w:val="20"/>
                <w:szCs w:val="20"/>
                <w:lang w:eastAsia="ko-KR"/>
              </w:rPr>
              <w:t>백엔드</w:t>
            </w:r>
            <w:proofErr w:type="spellEnd"/>
            <w:r w:rsidRPr="00F27726">
              <w:rPr>
                <w:rFonts w:ascii="Noto Sans KR" w:eastAsia="Noto Sans KR" w:hAnsi="Noto Sans KR"/>
                <w:color w:val="9E9E9E"/>
                <w:sz w:val="20"/>
                <w:szCs w:val="20"/>
                <w:lang w:eastAsia="ko-KR"/>
              </w:rPr>
              <w:t xml:space="preserve"> 개발&gt;</w:t>
            </w:r>
          </w:p>
        </w:tc>
      </w:tr>
      <w:tr w:rsidR="00243E7E" w:rsidRPr="00F27726" w:rsidTr="00A02A8A">
        <w:trPr>
          <w:cantSplit/>
          <w:trHeight w:hRule="exact" w:val="624"/>
          <w:jc w:val="center"/>
        </w:trPr>
        <w:tc>
          <w:tcPr>
            <w:tcW w:w="1587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shd w:val="clear" w:color="auto" w:fill="F2F2F2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243E7E" w:rsidRPr="00F27726" w:rsidRDefault="00000000">
            <w:pPr>
              <w:jc w:val="center"/>
              <w:rPr>
                <w:rFonts w:ascii="Noto Sans KR" w:eastAsia="Noto Sans KR" w:hAnsi="Noto Sans KR"/>
                <w:sz w:val="20"/>
                <w:szCs w:val="20"/>
              </w:rPr>
            </w:pPr>
            <w:proofErr w:type="spellStart"/>
            <w:r w:rsidRPr="00F27726">
              <w:rPr>
                <w:rFonts w:ascii="Noto Sans KR" w:eastAsia="Noto Sans KR" w:hAnsi="Noto Sans KR"/>
                <w:b/>
                <w:color w:val="1A1A1A"/>
                <w:sz w:val="20"/>
                <w:szCs w:val="20"/>
              </w:rPr>
              <w:t>재직상태</w:t>
            </w:r>
            <w:proofErr w:type="spellEnd"/>
          </w:p>
        </w:tc>
        <w:tc>
          <w:tcPr>
            <w:tcW w:w="3572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243E7E" w:rsidRPr="00F27726" w:rsidRDefault="00000000">
            <w:pPr>
              <w:rPr>
                <w:rFonts w:ascii="Noto Sans KR" w:eastAsia="Noto Sans KR" w:hAnsi="Noto Sans KR"/>
                <w:sz w:val="20"/>
                <w:szCs w:val="20"/>
              </w:rPr>
            </w:pPr>
            <w:r w:rsidRPr="00F27726">
              <w:rPr>
                <w:rFonts w:ascii="Noto Sans KR" w:eastAsia="Noto Sans KR" w:hAnsi="Noto Sans KR"/>
                <w:color w:val="9E9E9E"/>
                <w:sz w:val="20"/>
                <w:szCs w:val="20"/>
              </w:rPr>
              <w:t xml:space="preserve">□ 재직 </w:t>
            </w:r>
            <w:proofErr w:type="gramStart"/>
            <w:r w:rsidRPr="00F27726">
              <w:rPr>
                <w:rFonts w:ascii="Noto Sans KR" w:eastAsia="Noto Sans KR" w:hAnsi="Noto Sans KR"/>
                <w:color w:val="9E9E9E"/>
                <w:sz w:val="20"/>
                <w:szCs w:val="20"/>
              </w:rPr>
              <w:t>중  □</w:t>
            </w:r>
            <w:proofErr w:type="gramEnd"/>
            <w:r w:rsidRPr="00F27726">
              <w:rPr>
                <w:rFonts w:ascii="Noto Sans KR" w:eastAsia="Noto Sans KR" w:hAnsi="Noto Sans KR"/>
                <w:color w:val="9E9E9E"/>
                <w:sz w:val="20"/>
                <w:szCs w:val="20"/>
              </w:rPr>
              <w:t xml:space="preserve"> 퇴사</w:t>
            </w:r>
          </w:p>
        </w:tc>
        <w:tc>
          <w:tcPr>
            <w:tcW w:w="1587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shd w:val="clear" w:color="auto" w:fill="F2F2F2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243E7E" w:rsidRPr="00F27726" w:rsidRDefault="00000000">
            <w:pPr>
              <w:jc w:val="center"/>
              <w:rPr>
                <w:rFonts w:ascii="Noto Sans KR" w:eastAsia="Noto Sans KR" w:hAnsi="Noto Sans KR"/>
                <w:sz w:val="20"/>
                <w:szCs w:val="20"/>
              </w:rPr>
            </w:pPr>
            <w:r w:rsidRPr="00F27726">
              <w:rPr>
                <w:rFonts w:ascii="Noto Sans KR" w:eastAsia="Noto Sans KR" w:hAnsi="Noto Sans KR"/>
                <w:b/>
                <w:color w:val="1A1A1A"/>
                <w:sz w:val="20"/>
                <w:szCs w:val="20"/>
              </w:rPr>
              <w:t>최근 퇴사일</w:t>
            </w:r>
          </w:p>
        </w:tc>
        <w:tc>
          <w:tcPr>
            <w:tcW w:w="3572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243E7E" w:rsidRPr="00F27726" w:rsidRDefault="00000000">
            <w:pPr>
              <w:rPr>
                <w:rFonts w:ascii="Noto Sans KR" w:eastAsia="Noto Sans KR" w:hAnsi="Noto Sans KR"/>
                <w:sz w:val="20"/>
                <w:szCs w:val="20"/>
                <w:lang w:eastAsia="ko-KR"/>
              </w:rPr>
            </w:pPr>
            <w:proofErr w:type="gramStart"/>
            <w:r w:rsidRPr="00F27726">
              <w:rPr>
                <w:rFonts w:ascii="Noto Sans KR" w:eastAsia="Noto Sans KR" w:hAnsi="Noto Sans KR"/>
                <w:color w:val="9E9E9E"/>
                <w:sz w:val="20"/>
                <w:szCs w:val="20"/>
                <w:lang w:eastAsia="ko-KR"/>
              </w:rPr>
              <w:t>YYYY.MM.DD /</w:t>
            </w:r>
            <w:proofErr w:type="gramEnd"/>
            <w:r w:rsidRPr="00F27726">
              <w:rPr>
                <w:rFonts w:ascii="Noto Sans KR" w:eastAsia="Noto Sans KR" w:hAnsi="Noto Sans KR"/>
                <w:color w:val="9E9E9E"/>
                <w:sz w:val="20"/>
                <w:szCs w:val="20"/>
                <w:lang w:eastAsia="ko-KR"/>
              </w:rPr>
              <w:t xml:space="preserve"> 해당 없음</w:t>
            </w:r>
          </w:p>
        </w:tc>
      </w:tr>
    </w:tbl>
    <w:p w:rsidR="00243E7E" w:rsidRPr="00A02A8A" w:rsidRDefault="00243E7E">
      <w:pPr>
        <w:spacing w:after="40"/>
        <w:rPr>
          <w:rFonts w:ascii="Noto Sans KR" w:eastAsia="Noto Sans KR" w:hAnsi="Noto Sans KR"/>
          <w:sz w:val="8"/>
          <w:szCs w:val="8"/>
          <w:lang w:eastAsia="ko-KR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757"/>
        <w:gridCol w:w="2041"/>
        <w:gridCol w:w="1644"/>
        <w:gridCol w:w="1531"/>
        <w:gridCol w:w="1984"/>
        <w:gridCol w:w="1361"/>
      </w:tblGrid>
      <w:tr w:rsidR="00243E7E" w:rsidRPr="00F27726">
        <w:trPr>
          <w:cantSplit/>
          <w:tblHeader/>
          <w:jc w:val="center"/>
        </w:trPr>
        <w:tc>
          <w:tcPr>
            <w:tcW w:w="1757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shd w:val="clear" w:color="auto" w:fill="000000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243E7E" w:rsidRPr="00F27726" w:rsidRDefault="00000000">
            <w:pPr>
              <w:jc w:val="center"/>
              <w:rPr>
                <w:rFonts w:ascii="Noto Sans KR" w:eastAsia="Noto Sans KR" w:hAnsi="Noto Sans KR"/>
                <w:sz w:val="20"/>
                <w:szCs w:val="20"/>
              </w:rPr>
            </w:pPr>
            <w:proofErr w:type="spellStart"/>
            <w:r w:rsidRPr="00F27726">
              <w:rPr>
                <w:rFonts w:ascii="Noto Sans KR" w:eastAsia="Noto Sans KR" w:hAnsi="Noto Sans KR"/>
                <w:b/>
                <w:color w:val="FFFFFF"/>
                <w:sz w:val="20"/>
                <w:szCs w:val="20"/>
              </w:rPr>
              <w:t>근무·활동기간</w:t>
            </w:r>
            <w:proofErr w:type="spellEnd"/>
          </w:p>
        </w:tc>
        <w:tc>
          <w:tcPr>
            <w:tcW w:w="2041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shd w:val="clear" w:color="auto" w:fill="000000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243E7E" w:rsidRPr="00F27726" w:rsidRDefault="00000000">
            <w:pPr>
              <w:jc w:val="center"/>
              <w:rPr>
                <w:rFonts w:ascii="Noto Sans KR" w:eastAsia="Noto Sans KR" w:hAnsi="Noto Sans KR"/>
                <w:sz w:val="20"/>
                <w:szCs w:val="20"/>
              </w:rPr>
            </w:pPr>
            <w:r w:rsidRPr="00F27726">
              <w:rPr>
                <w:rFonts w:ascii="Noto Sans KR" w:eastAsia="Noto Sans KR" w:hAnsi="Noto Sans KR"/>
                <w:b/>
                <w:color w:val="FFFFFF"/>
                <w:sz w:val="20"/>
                <w:szCs w:val="20"/>
              </w:rPr>
              <w:t>회사·기관명</w:t>
            </w:r>
          </w:p>
        </w:tc>
        <w:tc>
          <w:tcPr>
            <w:tcW w:w="1644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shd w:val="clear" w:color="auto" w:fill="000000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243E7E" w:rsidRPr="00F27726" w:rsidRDefault="00000000">
            <w:pPr>
              <w:jc w:val="center"/>
              <w:rPr>
                <w:rFonts w:ascii="Noto Sans KR" w:eastAsia="Noto Sans KR" w:hAnsi="Noto Sans KR"/>
                <w:sz w:val="20"/>
                <w:szCs w:val="20"/>
              </w:rPr>
            </w:pPr>
            <w:r w:rsidRPr="00F27726">
              <w:rPr>
                <w:rFonts w:ascii="Noto Sans KR" w:eastAsia="Noto Sans KR" w:hAnsi="Noto Sans KR"/>
                <w:b/>
                <w:color w:val="FFFFFF"/>
                <w:sz w:val="20"/>
                <w:szCs w:val="20"/>
              </w:rPr>
              <w:t>소속·직위</w:t>
            </w:r>
          </w:p>
        </w:tc>
        <w:tc>
          <w:tcPr>
            <w:tcW w:w="1531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shd w:val="clear" w:color="auto" w:fill="000000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243E7E" w:rsidRPr="00F27726" w:rsidRDefault="00000000">
            <w:pPr>
              <w:jc w:val="center"/>
              <w:rPr>
                <w:rFonts w:ascii="Noto Sans KR" w:eastAsia="Noto Sans KR" w:hAnsi="Noto Sans KR"/>
                <w:sz w:val="20"/>
                <w:szCs w:val="20"/>
              </w:rPr>
            </w:pPr>
            <w:proofErr w:type="spellStart"/>
            <w:r w:rsidRPr="00F27726">
              <w:rPr>
                <w:rFonts w:ascii="Noto Sans KR" w:eastAsia="Noto Sans KR" w:hAnsi="Noto Sans KR"/>
                <w:b/>
                <w:color w:val="FFFFFF"/>
                <w:sz w:val="20"/>
                <w:szCs w:val="20"/>
              </w:rPr>
              <w:t>고용·활동형태</w:t>
            </w:r>
            <w:proofErr w:type="spellEnd"/>
          </w:p>
        </w:tc>
        <w:tc>
          <w:tcPr>
            <w:tcW w:w="1984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shd w:val="clear" w:color="auto" w:fill="000000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243E7E" w:rsidRPr="00F27726" w:rsidRDefault="00000000">
            <w:pPr>
              <w:jc w:val="center"/>
              <w:rPr>
                <w:rFonts w:ascii="Noto Sans KR" w:eastAsia="Noto Sans KR" w:hAnsi="Noto Sans KR"/>
                <w:sz w:val="20"/>
                <w:szCs w:val="20"/>
              </w:rPr>
            </w:pPr>
            <w:r w:rsidRPr="00F27726">
              <w:rPr>
                <w:rFonts w:ascii="Noto Sans KR" w:eastAsia="Noto Sans KR" w:hAnsi="Noto Sans KR"/>
                <w:b/>
                <w:color w:val="FFFFFF"/>
                <w:sz w:val="20"/>
                <w:szCs w:val="20"/>
              </w:rPr>
              <w:t>주요업무·프로젝트</w:t>
            </w:r>
          </w:p>
        </w:tc>
        <w:tc>
          <w:tcPr>
            <w:tcW w:w="1361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shd w:val="clear" w:color="auto" w:fill="000000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243E7E" w:rsidRPr="00F27726" w:rsidRDefault="00000000">
            <w:pPr>
              <w:jc w:val="center"/>
              <w:rPr>
                <w:rFonts w:ascii="Noto Sans KR" w:eastAsia="Noto Sans KR" w:hAnsi="Noto Sans KR"/>
                <w:sz w:val="20"/>
                <w:szCs w:val="20"/>
              </w:rPr>
            </w:pPr>
            <w:proofErr w:type="spellStart"/>
            <w:r w:rsidRPr="00F27726">
              <w:rPr>
                <w:rFonts w:ascii="Noto Sans KR" w:eastAsia="Noto Sans KR" w:hAnsi="Noto Sans KR"/>
                <w:b/>
                <w:color w:val="FFFFFF"/>
                <w:sz w:val="20"/>
                <w:szCs w:val="20"/>
              </w:rPr>
              <w:t>퇴사사유</w:t>
            </w:r>
            <w:proofErr w:type="spellEnd"/>
          </w:p>
        </w:tc>
      </w:tr>
      <w:tr w:rsidR="00243E7E" w:rsidRPr="00F27726">
        <w:trPr>
          <w:cantSplit/>
          <w:trHeight w:val="680"/>
          <w:jc w:val="center"/>
        </w:trPr>
        <w:tc>
          <w:tcPr>
            <w:tcW w:w="1757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243E7E" w:rsidRPr="00F27726" w:rsidRDefault="00000000">
            <w:pPr>
              <w:jc w:val="center"/>
              <w:rPr>
                <w:rFonts w:ascii="Noto Sans KR" w:eastAsia="Noto Sans KR" w:hAnsi="Noto Sans KR"/>
                <w:sz w:val="20"/>
                <w:szCs w:val="20"/>
              </w:rPr>
            </w:pPr>
            <w:r w:rsidRPr="00F27726">
              <w:rPr>
                <w:rFonts w:ascii="Noto Sans KR" w:eastAsia="Noto Sans KR" w:hAnsi="Noto Sans KR"/>
                <w:color w:val="9E9E9E"/>
                <w:sz w:val="20"/>
                <w:szCs w:val="20"/>
              </w:rPr>
              <w:t>YYYY.MM ~ YYYY.MM</w:t>
            </w:r>
          </w:p>
        </w:tc>
        <w:tc>
          <w:tcPr>
            <w:tcW w:w="2041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243E7E" w:rsidRPr="00F27726" w:rsidRDefault="00000000">
            <w:pPr>
              <w:jc w:val="center"/>
              <w:rPr>
                <w:rFonts w:ascii="Noto Sans KR" w:eastAsia="Noto Sans KR" w:hAnsi="Noto Sans KR"/>
                <w:sz w:val="20"/>
                <w:szCs w:val="20"/>
              </w:rPr>
            </w:pPr>
            <w:r w:rsidRPr="00F27726">
              <w:rPr>
                <w:rFonts w:ascii="Noto Sans KR" w:eastAsia="Noto Sans KR" w:hAnsi="Noto Sans KR"/>
                <w:color w:val="9E9E9E"/>
                <w:sz w:val="20"/>
                <w:szCs w:val="20"/>
              </w:rPr>
              <w:t>&lt;회사·기관명&gt;</w:t>
            </w:r>
          </w:p>
        </w:tc>
        <w:tc>
          <w:tcPr>
            <w:tcW w:w="1644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243E7E" w:rsidRPr="00F27726" w:rsidRDefault="00000000">
            <w:pPr>
              <w:jc w:val="center"/>
              <w:rPr>
                <w:rFonts w:ascii="Noto Sans KR" w:eastAsia="Noto Sans KR" w:hAnsi="Noto Sans KR"/>
                <w:sz w:val="20"/>
                <w:szCs w:val="20"/>
              </w:rPr>
            </w:pPr>
            <w:r w:rsidRPr="00F27726">
              <w:rPr>
                <w:rFonts w:ascii="Noto Sans KR" w:eastAsia="Noto Sans KR" w:hAnsi="Noto Sans KR"/>
                <w:color w:val="9E9E9E"/>
                <w:sz w:val="20"/>
                <w:szCs w:val="20"/>
              </w:rPr>
              <w:t>&lt;부서·직위&gt;</w:t>
            </w:r>
          </w:p>
        </w:tc>
        <w:tc>
          <w:tcPr>
            <w:tcW w:w="1531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243E7E" w:rsidRPr="00F27726" w:rsidRDefault="00000000">
            <w:pPr>
              <w:jc w:val="center"/>
              <w:rPr>
                <w:rFonts w:ascii="Noto Sans KR" w:eastAsia="Noto Sans KR" w:hAnsi="Noto Sans KR"/>
                <w:sz w:val="20"/>
                <w:szCs w:val="20"/>
                <w:lang w:eastAsia="ko-KR"/>
              </w:rPr>
            </w:pPr>
            <w:r w:rsidRPr="00F27726">
              <w:rPr>
                <w:rFonts w:ascii="Noto Sans KR" w:eastAsia="Noto Sans KR" w:hAnsi="Noto Sans KR"/>
                <w:color w:val="9E9E9E"/>
                <w:sz w:val="20"/>
                <w:szCs w:val="20"/>
                <w:lang w:eastAsia="ko-KR"/>
              </w:rPr>
              <w:t>정규/계약/인턴/프로젝트</w:t>
            </w:r>
          </w:p>
        </w:tc>
        <w:tc>
          <w:tcPr>
            <w:tcW w:w="1984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243E7E" w:rsidRPr="00F27726" w:rsidRDefault="00000000">
            <w:pPr>
              <w:jc w:val="center"/>
              <w:rPr>
                <w:rFonts w:ascii="Noto Sans KR" w:eastAsia="Noto Sans KR" w:hAnsi="Noto Sans KR"/>
                <w:sz w:val="20"/>
                <w:szCs w:val="20"/>
              </w:rPr>
            </w:pPr>
            <w:r w:rsidRPr="00F27726">
              <w:rPr>
                <w:rFonts w:ascii="Noto Sans KR" w:eastAsia="Noto Sans KR" w:hAnsi="Noto Sans KR"/>
                <w:color w:val="9E9E9E"/>
                <w:sz w:val="20"/>
                <w:szCs w:val="20"/>
              </w:rPr>
              <w:t>&lt;</w:t>
            </w:r>
            <w:proofErr w:type="spellStart"/>
            <w:r w:rsidRPr="00F27726">
              <w:rPr>
                <w:rFonts w:ascii="Noto Sans KR" w:eastAsia="Noto Sans KR" w:hAnsi="Noto Sans KR"/>
                <w:color w:val="9E9E9E"/>
                <w:sz w:val="20"/>
                <w:szCs w:val="20"/>
              </w:rPr>
              <w:t>핵심</w:t>
            </w:r>
            <w:proofErr w:type="spellEnd"/>
            <w:r w:rsidRPr="00F27726">
              <w:rPr>
                <w:rFonts w:ascii="Noto Sans KR" w:eastAsia="Noto Sans KR" w:hAnsi="Noto Sans KR"/>
                <w:color w:val="9E9E9E"/>
                <w:sz w:val="20"/>
                <w:szCs w:val="20"/>
              </w:rPr>
              <w:t xml:space="preserve"> </w:t>
            </w:r>
            <w:proofErr w:type="spellStart"/>
            <w:r w:rsidRPr="00F27726">
              <w:rPr>
                <w:rFonts w:ascii="Noto Sans KR" w:eastAsia="Noto Sans KR" w:hAnsi="Noto Sans KR"/>
                <w:color w:val="9E9E9E"/>
                <w:sz w:val="20"/>
                <w:szCs w:val="20"/>
              </w:rPr>
              <w:t>내용</w:t>
            </w:r>
            <w:proofErr w:type="spellEnd"/>
            <w:r w:rsidRPr="00F27726">
              <w:rPr>
                <w:rFonts w:ascii="Noto Sans KR" w:eastAsia="Noto Sans KR" w:hAnsi="Noto Sans KR"/>
                <w:color w:val="9E9E9E"/>
                <w:sz w:val="20"/>
                <w:szCs w:val="20"/>
              </w:rPr>
              <w:t>&gt;</w:t>
            </w:r>
          </w:p>
        </w:tc>
        <w:tc>
          <w:tcPr>
            <w:tcW w:w="1361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243E7E" w:rsidRPr="00F27726" w:rsidRDefault="00000000">
            <w:pPr>
              <w:jc w:val="center"/>
              <w:rPr>
                <w:rFonts w:ascii="Noto Sans KR" w:eastAsia="Noto Sans KR" w:hAnsi="Noto Sans KR"/>
                <w:sz w:val="20"/>
                <w:szCs w:val="20"/>
              </w:rPr>
            </w:pPr>
            <w:r w:rsidRPr="00F27726">
              <w:rPr>
                <w:rFonts w:ascii="Noto Sans KR" w:eastAsia="Noto Sans KR" w:hAnsi="Noto Sans KR"/>
                <w:color w:val="9E9E9E"/>
                <w:sz w:val="20"/>
                <w:szCs w:val="20"/>
              </w:rPr>
              <w:t>&lt;간략히&gt;</w:t>
            </w:r>
          </w:p>
        </w:tc>
      </w:tr>
      <w:tr w:rsidR="00243E7E" w:rsidRPr="00F27726">
        <w:trPr>
          <w:cantSplit/>
          <w:trHeight w:val="680"/>
          <w:jc w:val="center"/>
        </w:trPr>
        <w:tc>
          <w:tcPr>
            <w:tcW w:w="1757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243E7E" w:rsidRPr="00F27726" w:rsidRDefault="00000000">
            <w:pPr>
              <w:jc w:val="center"/>
              <w:rPr>
                <w:rFonts w:ascii="Noto Sans KR" w:eastAsia="Noto Sans KR" w:hAnsi="Noto Sans KR"/>
                <w:sz w:val="20"/>
                <w:szCs w:val="20"/>
              </w:rPr>
            </w:pPr>
            <w:r w:rsidRPr="00F27726">
              <w:rPr>
                <w:rFonts w:ascii="Noto Sans KR" w:eastAsia="Noto Sans KR" w:hAnsi="Noto Sans KR"/>
                <w:color w:val="9E9E9E"/>
                <w:sz w:val="20"/>
                <w:szCs w:val="20"/>
              </w:rPr>
              <w:t>YYYY.MM ~ YYYY.MM</w:t>
            </w:r>
          </w:p>
        </w:tc>
        <w:tc>
          <w:tcPr>
            <w:tcW w:w="2041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243E7E" w:rsidRPr="00F27726" w:rsidRDefault="00000000">
            <w:pPr>
              <w:jc w:val="center"/>
              <w:rPr>
                <w:rFonts w:ascii="Noto Sans KR" w:eastAsia="Noto Sans KR" w:hAnsi="Noto Sans KR"/>
                <w:sz w:val="20"/>
                <w:szCs w:val="20"/>
              </w:rPr>
            </w:pPr>
            <w:r w:rsidRPr="00F27726">
              <w:rPr>
                <w:rFonts w:ascii="Noto Sans KR" w:eastAsia="Noto Sans KR" w:hAnsi="Noto Sans KR"/>
                <w:color w:val="9E9E9E"/>
                <w:sz w:val="20"/>
                <w:szCs w:val="20"/>
              </w:rPr>
              <w:t>&lt;회사·기관명&gt;</w:t>
            </w:r>
          </w:p>
        </w:tc>
        <w:tc>
          <w:tcPr>
            <w:tcW w:w="1644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243E7E" w:rsidRPr="00F27726" w:rsidRDefault="00000000">
            <w:pPr>
              <w:jc w:val="center"/>
              <w:rPr>
                <w:rFonts w:ascii="Noto Sans KR" w:eastAsia="Noto Sans KR" w:hAnsi="Noto Sans KR"/>
                <w:sz w:val="20"/>
                <w:szCs w:val="20"/>
              </w:rPr>
            </w:pPr>
            <w:r w:rsidRPr="00F27726">
              <w:rPr>
                <w:rFonts w:ascii="Noto Sans KR" w:eastAsia="Noto Sans KR" w:hAnsi="Noto Sans KR"/>
                <w:color w:val="9E9E9E"/>
                <w:sz w:val="20"/>
                <w:szCs w:val="20"/>
              </w:rPr>
              <w:t>&lt;부서·직위&gt;</w:t>
            </w:r>
          </w:p>
        </w:tc>
        <w:tc>
          <w:tcPr>
            <w:tcW w:w="1531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243E7E" w:rsidRPr="00F27726" w:rsidRDefault="00000000">
            <w:pPr>
              <w:jc w:val="center"/>
              <w:rPr>
                <w:rFonts w:ascii="Noto Sans KR" w:eastAsia="Noto Sans KR" w:hAnsi="Noto Sans KR"/>
                <w:sz w:val="20"/>
                <w:szCs w:val="20"/>
                <w:lang w:eastAsia="ko-KR"/>
              </w:rPr>
            </w:pPr>
            <w:r w:rsidRPr="00F27726">
              <w:rPr>
                <w:rFonts w:ascii="Noto Sans KR" w:eastAsia="Noto Sans KR" w:hAnsi="Noto Sans KR"/>
                <w:color w:val="9E9E9E"/>
                <w:sz w:val="20"/>
                <w:szCs w:val="20"/>
                <w:lang w:eastAsia="ko-KR"/>
              </w:rPr>
              <w:t>정규/계약/인턴/프로젝트</w:t>
            </w:r>
          </w:p>
        </w:tc>
        <w:tc>
          <w:tcPr>
            <w:tcW w:w="1984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243E7E" w:rsidRPr="00F27726" w:rsidRDefault="00000000">
            <w:pPr>
              <w:jc w:val="center"/>
              <w:rPr>
                <w:rFonts w:ascii="Noto Sans KR" w:eastAsia="Noto Sans KR" w:hAnsi="Noto Sans KR"/>
                <w:sz w:val="20"/>
                <w:szCs w:val="20"/>
              </w:rPr>
            </w:pPr>
            <w:r w:rsidRPr="00F27726">
              <w:rPr>
                <w:rFonts w:ascii="Noto Sans KR" w:eastAsia="Noto Sans KR" w:hAnsi="Noto Sans KR"/>
                <w:color w:val="9E9E9E"/>
                <w:sz w:val="20"/>
                <w:szCs w:val="20"/>
              </w:rPr>
              <w:t>&lt;</w:t>
            </w:r>
            <w:proofErr w:type="spellStart"/>
            <w:r w:rsidRPr="00F27726">
              <w:rPr>
                <w:rFonts w:ascii="Noto Sans KR" w:eastAsia="Noto Sans KR" w:hAnsi="Noto Sans KR"/>
                <w:color w:val="9E9E9E"/>
                <w:sz w:val="20"/>
                <w:szCs w:val="20"/>
              </w:rPr>
              <w:t>핵심</w:t>
            </w:r>
            <w:proofErr w:type="spellEnd"/>
            <w:r w:rsidRPr="00F27726">
              <w:rPr>
                <w:rFonts w:ascii="Noto Sans KR" w:eastAsia="Noto Sans KR" w:hAnsi="Noto Sans KR"/>
                <w:color w:val="9E9E9E"/>
                <w:sz w:val="20"/>
                <w:szCs w:val="20"/>
              </w:rPr>
              <w:t xml:space="preserve"> </w:t>
            </w:r>
            <w:proofErr w:type="spellStart"/>
            <w:r w:rsidRPr="00F27726">
              <w:rPr>
                <w:rFonts w:ascii="Noto Sans KR" w:eastAsia="Noto Sans KR" w:hAnsi="Noto Sans KR"/>
                <w:color w:val="9E9E9E"/>
                <w:sz w:val="20"/>
                <w:szCs w:val="20"/>
              </w:rPr>
              <w:t>내용</w:t>
            </w:r>
            <w:proofErr w:type="spellEnd"/>
            <w:r w:rsidRPr="00F27726">
              <w:rPr>
                <w:rFonts w:ascii="Noto Sans KR" w:eastAsia="Noto Sans KR" w:hAnsi="Noto Sans KR"/>
                <w:color w:val="9E9E9E"/>
                <w:sz w:val="20"/>
                <w:szCs w:val="20"/>
              </w:rPr>
              <w:t>&gt;</w:t>
            </w:r>
          </w:p>
        </w:tc>
        <w:tc>
          <w:tcPr>
            <w:tcW w:w="1361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243E7E" w:rsidRPr="00F27726" w:rsidRDefault="00000000">
            <w:pPr>
              <w:jc w:val="center"/>
              <w:rPr>
                <w:rFonts w:ascii="Noto Sans KR" w:eastAsia="Noto Sans KR" w:hAnsi="Noto Sans KR"/>
                <w:sz w:val="20"/>
                <w:szCs w:val="20"/>
              </w:rPr>
            </w:pPr>
            <w:r w:rsidRPr="00F27726">
              <w:rPr>
                <w:rFonts w:ascii="Noto Sans KR" w:eastAsia="Noto Sans KR" w:hAnsi="Noto Sans KR"/>
                <w:color w:val="9E9E9E"/>
                <w:sz w:val="20"/>
                <w:szCs w:val="20"/>
              </w:rPr>
              <w:t>&lt;간략히&gt;</w:t>
            </w:r>
          </w:p>
        </w:tc>
      </w:tr>
      <w:tr w:rsidR="00243E7E" w:rsidRPr="00F27726">
        <w:trPr>
          <w:cantSplit/>
          <w:trHeight w:val="680"/>
          <w:jc w:val="center"/>
        </w:trPr>
        <w:tc>
          <w:tcPr>
            <w:tcW w:w="1757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243E7E" w:rsidRPr="00F27726" w:rsidRDefault="00000000">
            <w:pPr>
              <w:jc w:val="center"/>
              <w:rPr>
                <w:rFonts w:ascii="Noto Sans KR" w:eastAsia="Noto Sans KR" w:hAnsi="Noto Sans KR"/>
                <w:sz w:val="20"/>
                <w:szCs w:val="20"/>
              </w:rPr>
            </w:pPr>
            <w:r w:rsidRPr="00F27726">
              <w:rPr>
                <w:rFonts w:ascii="Noto Sans KR" w:eastAsia="Noto Sans KR" w:hAnsi="Noto Sans KR"/>
                <w:color w:val="9E9E9E"/>
                <w:sz w:val="20"/>
                <w:szCs w:val="20"/>
              </w:rPr>
              <w:t>YYYY.MM ~ YYYY.MM</w:t>
            </w:r>
          </w:p>
        </w:tc>
        <w:tc>
          <w:tcPr>
            <w:tcW w:w="2041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243E7E" w:rsidRPr="00F27726" w:rsidRDefault="00000000">
            <w:pPr>
              <w:jc w:val="center"/>
              <w:rPr>
                <w:rFonts w:ascii="Noto Sans KR" w:eastAsia="Noto Sans KR" w:hAnsi="Noto Sans KR"/>
                <w:sz w:val="20"/>
                <w:szCs w:val="20"/>
              </w:rPr>
            </w:pPr>
            <w:r w:rsidRPr="00F27726">
              <w:rPr>
                <w:rFonts w:ascii="Noto Sans KR" w:eastAsia="Noto Sans KR" w:hAnsi="Noto Sans KR"/>
                <w:color w:val="9E9E9E"/>
                <w:sz w:val="20"/>
                <w:szCs w:val="20"/>
              </w:rPr>
              <w:t>&lt;회사·기관명&gt;</w:t>
            </w:r>
          </w:p>
        </w:tc>
        <w:tc>
          <w:tcPr>
            <w:tcW w:w="1644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243E7E" w:rsidRPr="00F27726" w:rsidRDefault="00000000">
            <w:pPr>
              <w:jc w:val="center"/>
              <w:rPr>
                <w:rFonts w:ascii="Noto Sans KR" w:eastAsia="Noto Sans KR" w:hAnsi="Noto Sans KR"/>
                <w:sz w:val="20"/>
                <w:szCs w:val="20"/>
              </w:rPr>
            </w:pPr>
            <w:r w:rsidRPr="00F27726">
              <w:rPr>
                <w:rFonts w:ascii="Noto Sans KR" w:eastAsia="Noto Sans KR" w:hAnsi="Noto Sans KR"/>
                <w:color w:val="9E9E9E"/>
                <w:sz w:val="20"/>
                <w:szCs w:val="20"/>
              </w:rPr>
              <w:t>&lt;부서·직위&gt;</w:t>
            </w:r>
          </w:p>
        </w:tc>
        <w:tc>
          <w:tcPr>
            <w:tcW w:w="1531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243E7E" w:rsidRPr="00F27726" w:rsidRDefault="00000000">
            <w:pPr>
              <w:jc w:val="center"/>
              <w:rPr>
                <w:rFonts w:ascii="Noto Sans KR" w:eastAsia="Noto Sans KR" w:hAnsi="Noto Sans KR"/>
                <w:sz w:val="20"/>
                <w:szCs w:val="20"/>
                <w:lang w:eastAsia="ko-KR"/>
              </w:rPr>
            </w:pPr>
            <w:r w:rsidRPr="00F27726">
              <w:rPr>
                <w:rFonts w:ascii="Noto Sans KR" w:eastAsia="Noto Sans KR" w:hAnsi="Noto Sans KR"/>
                <w:color w:val="9E9E9E"/>
                <w:sz w:val="20"/>
                <w:szCs w:val="20"/>
                <w:lang w:eastAsia="ko-KR"/>
              </w:rPr>
              <w:t>정규/계약/인턴/프로젝트</w:t>
            </w:r>
          </w:p>
        </w:tc>
        <w:tc>
          <w:tcPr>
            <w:tcW w:w="1984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243E7E" w:rsidRPr="00F27726" w:rsidRDefault="00000000">
            <w:pPr>
              <w:jc w:val="center"/>
              <w:rPr>
                <w:rFonts w:ascii="Noto Sans KR" w:eastAsia="Noto Sans KR" w:hAnsi="Noto Sans KR"/>
                <w:sz w:val="20"/>
                <w:szCs w:val="20"/>
              </w:rPr>
            </w:pPr>
            <w:r w:rsidRPr="00F27726">
              <w:rPr>
                <w:rFonts w:ascii="Noto Sans KR" w:eastAsia="Noto Sans KR" w:hAnsi="Noto Sans KR"/>
                <w:color w:val="9E9E9E"/>
                <w:sz w:val="20"/>
                <w:szCs w:val="20"/>
              </w:rPr>
              <w:t>&lt;</w:t>
            </w:r>
            <w:proofErr w:type="spellStart"/>
            <w:r w:rsidRPr="00F27726">
              <w:rPr>
                <w:rFonts w:ascii="Noto Sans KR" w:eastAsia="Noto Sans KR" w:hAnsi="Noto Sans KR"/>
                <w:color w:val="9E9E9E"/>
                <w:sz w:val="20"/>
                <w:szCs w:val="20"/>
              </w:rPr>
              <w:t>핵심</w:t>
            </w:r>
            <w:proofErr w:type="spellEnd"/>
            <w:r w:rsidRPr="00F27726">
              <w:rPr>
                <w:rFonts w:ascii="Noto Sans KR" w:eastAsia="Noto Sans KR" w:hAnsi="Noto Sans KR"/>
                <w:color w:val="9E9E9E"/>
                <w:sz w:val="20"/>
                <w:szCs w:val="20"/>
              </w:rPr>
              <w:t xml:space="preserve"> </w:t>
            </w:r>
            <w:proofErr w:type="spellStart"/>
            <w:r w:rsidRPr="00F27726">
              <w:rPr>
                <w:rFonts w:ascii="Noto Sans KR" w:eastAsia="Noto Sans KR" w:hAnsi="Noto Sans KR"/>
                <w:color w:val="9E9E9E"/>
                <w:sz w:val="20"/>
                <w:szCs w:val="20"/>
              </w:rPr>
              <w:t>내용</w:t>
            </w:r>
            <w:proofErr w:type="spellEnd"/>
            <w:r w:rsidRPr="00F27726">
              <w:rPr>
                <w:rFonts w:ascii="Noto Sans KR" w:eastAsia="Noto Sans KR" w:hAnsi="Noto Sans KR"/>
                <w:color w:val="9E9E9E"/>
                <w:sz w:val="20"/>
                <w:szCs w:val="20"/>
              </w:rPr>
              <w:t>&gt;</w:t>
            </w:r>
          </w:p>
        </w:tc>
        <w:tc>
          <w:tcPr>
            <w:tcW w:w="1361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243E7E" w:rsidRPr="00F27726" w:rsidRDefault="00000000">
            <w:pPr>
              <w:jc w:val="center"/>
              <w:rPr>
                <w:rFonts w:ascii="Noto Sans KR" w:eastAsia="Noto Sans KR" w:hAnsi="Noto Sans KR"/>
                <w:sz w:val="20"/>
                <w:szCs w:val="20"/>
              </w:rPr>
            </w:pPr>
            <w:r w:rsidRPr="00F27726">
              <w:rPr>
                <w:rFonts w:ascii="Noto Sans KR" w:eastAsia="Noto Sans KR" w:hAnsi="Noto Sans KR"/>
                <w:color w:val="9E9E9E"/>
                <w:sz w:val="20"/>
                <w:szCs w:val="20"/>
              </w:rPr>
              <w:t>&lt;간략히&gt;</w:t>
            </w:r>
          </w:p>
        </w:tc>
      </w:tr>
    </w:tbl>
    <w:p w:rsidR="00243E7E" w:rsidRPr="00A02A8A" w:rsidRDefault="00243E7E">
      <w:pPr>
        <w:spacing w:after="40"/>
        <w:rPr>
          <w:rFonts w:ascii="Noto Sans KR" w:eastAsia="Noto Sans KR" w:hAnsi="Noto Sans KR"/>
          <w:sz w:val="8"/>
          <w:szCs w:val="8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701"/>
        <w:gridCol w:w="8951"/>
      </w:tblGrid>
      <w:tr w:rsidR="00243E7E" w:rsidRPr="00F27726" w:rsidTr="001325C4">
        <w:trPr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08200"/>
            <w:tcMar>
              <w:top w:w="85" w:type="dxa"/>
              <w:left w:w="100" w:type="dxa"/>
              <w:bottom w:w="85" w:type="dxa"/>
              <w:right w:w="100" w:type="dxa"/>
            </w:tcMar>
            <w:vAlign w:val="center"/>
          </w:tcPr>
          <w:p w:rsidR="00243E7E" w:rsidRPr="00F27726" w:rsidRDefault="00000000">
            <w:pPr>
              <w:jc w:val="center"/>
              <w:rPr>
                <w:rFonts w:ascii="Noto Sans KR" w:eastAsia="Noto Sans KR" w:hAnsi="Noto Sans KR"/>
                <w:sz w:val="20"/>
                <w:szCs w:val="20"/>
              </w:rPr>
            </w:pPr>
            <w:r w:rsidRPr="00F27726">
              <w:rPr>
                <w:rFonts w:ascii="Noto Sans KR" w:eastAsia="Noto Sans KR" w:hAnsi="Noto Sans KR"/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8951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tcMar>
              <w:top w:w="85" w:type="dxa"/>
              <w:left w:w="100" w:type="dxa"/>
              <w:bottom w:w="85" w:type="dxa"/>
              <w:right w:w="100" w:type="dxa"/>
            </w:tcMar>
            <w:vAlign w:val="center"/>
          </w:tcPr>
          <w:p w:rsidR="00243E7E" w:rsidRPr="00F27726" w:rsidRDefault="00000000">
            <w:pPr>
              <w:rPr>
                <w:rFonts w:ascii="Noto Sans KR" w:eastAsia="Noto Sans KR" w:hAnsi="Noto Sans KR"/>
                <w:sz w:val="20"/>
                <w:szCs w:val="20"/>
              </w:rPr>
            </w:pPr>
            <w:r w:rsidRPr="00F27726">
              <w:rPr>
                <w:rFonts w:ascii="Noto Sans KR" w:eastAsia="Noto Sans KR" w:hAnsi="Noto Sans KR"/>
                <w:b/>
                <w:color w:val="FFFFFF"/>
                <w:sz w:val="20"/>
                <w:szCs w:val="20"/>
              </w:rPr>
              <w:t>직무역량 및 자격사항</w:t>
            </w:r>
          </w:p>
        </w:tc>
      </w:tr>
    </w:tbl>
    <w:p w:rsidR="00243E7E" w:rsidRPr="00A02A8A" w:rsidRDefault="00243E7E">
      <w:pPr>
        <w:spacing w:after="40"/>
        <w:rPr>
          <w:rFonts w:ascii="Noto Sans KR" w:eastAsia="Noto Sans KR" w:hAnsi="Noto Sans KR"/>
          <w:sz w:val="8"/>
          <w:szCs w:val="8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835"/>
        <w:gridCol w:w="1928"/>
        <w:gridCol w:w="2494"/>
        <w:gridCol w:w="3061"/>
      </w:tblGrid>
      <w:tr w:rsidR="00243E7E" w:rsidRPr="00F27726">
        <w:trPr>
          <w:cantSplit/>
          <w:tblHeader/>
          <w:jc w:val="center"/>
        </w:trPr>
        <w:tc>
          <w:tcPr>
            <w:tcW w:w="2835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shd w:val="clear" w:color="auto" w:fill="000000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243E7E" w:rsidRPr="00F27726" w:rsidRDefault="00000000">
            <w:pPr>
              <w:jc w:val="center"/>
              <w:rPr>
                <w:rFonts w:ascii="Noto Sans KR" w:eastAsia="Noto Sans KR" w:hAnsi="Noto Sans KR"/>
                <w:sz w:val="20"/>
                <w:szCs w:val="20"/>
              </w:rPr>
            </w:pPr>
            <w:r w:rsidRPr="00F27726">
              <w:rPr>
                <w:rFonts w:ascii="Noto Sans KR" w:eastAsia="Noto Sans KR" w:hAnsi="Noto Sans KR"/>
                <w:b/>
                <w:color w:val="FFFFFF"/>
                <w:sz w:val="20"/>
                <w:szCs w:val="20"/>
              </w:rPr>
              <w:t>자격·면허명</w:t>
            </w:r>
          </w:p>
        </w:tc>
        <w:tc>
          <w:tcPr>
            <w:tcW w:w="1928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shd w:val="clear" w:color="auto" w:fill="000000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243E7E" w:rsidRPr="00F27726" w:rsidRDefault="00000000">
            <w:pPr>
              <w:jc w:val="center"/>
              <w:rPr>
                <w:rFonts w:ascii="Noto Sans KR" w:eastAsia="Noto Sans KR" w:hAnsi="Noto Sans KR"/>
                <w:sz w:val="20"/>
                <w:szCs w:val="20"/>
              </w:rPr>
            </w:pPr>
            <w:r w:rsidRPr="00F27726">
              <w:rPr>
                <w:rFonts w:ascii="Noto Sans KR" w:eastAsia="Noto Sans KR" w:hAnsi="Noto Sans KR"/>
                <w:b/>
                <w:color w:val="FFFFFF"/>
                <w:sz w:val="20"/>
                <w:szCs w:val="20"/>
              </w:rPr>
              <w:t>등급·점수</w:t>
            </w:r>
          </w:p>
        </w:tc>
        <w:tc>
          <w:tcPr>
            <w:tcW w:w="2494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shd w:val="clear" w:color="auto" w:fill="000000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243E7E" w:rsidRPr="00F27726" w:rsidRDefault="00000000">
            <w:pPr>
              <w:jc w:val="center"/>
              <w:rPr>
                <w:rFonts w:ascii="Noto Sans KR" w:eastAsia="Noto Sans KR" w:hAnsi="Noto Sans KR"/>
                <w:sz w:val="20"/>
                <w:szCs w:val="20"/>
              </w:rPr>
            </w:pPr>
            <w:r w:rsidRPr="00F27726">
              <w:rPr>
                <w:rFonts w:ascii="Noto Sans KR" w:eastAsia="Noto Sans KR" w:hAnsi="Noto Sans KR"/>
                <w:b/>
                <w:color w:val="FFFFFF"/>
                <w:sz w:val="20"/>
                <w:szCs w:val="20"/>
              </w:rPr>
              <w:t>취득일</w:t>
            </w:r>
          </w:p>
        </w:tc>
        <w:tc>
          <w:tcPr>
            <w:tcW w:w="3061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shd w:val="clear" w:color="auto" w:fill="000000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243E7E" w:rsidRPr="00F27726" w:rsidRDefault="00000000">
            <w:pPr>
              <w:jc w:val="center"/>
              <w:rPr>
                <w:rFonts w:ascii="Noto Sans KR" w:eastAsia="Noto Sans KR" w:hAnsi="Noto Sans KR"/>
                <w:sz w:val="20"/>
                <w:szCs w:val="20"/>
              </w:rPr>
            </w:pPr>
            <w:r w:rsidRPr="00F27726">
              <w:rPr>
                <w:rFonts w:ascii="Noto Sans KR" w:eastAsia="Noto Sans KR" w:hAnsi="Noto Sans KR"/>
                <w:b/>
                <w:color w:val="FFFFFF"/>
                <w:sz w:val="20"/>
                <w:szCs w:val="20"/>
              </w:rPr>
              <w:t>발급기관</w:t>
            </w:r>
          </w:p>
        </w:tc>
      </w:tr>
      <w:tr w:rsidR="00243E7E" w:rsidRPr="00F27726">
        <w:trPr>
          <w:cantSplit/>
          <w:trHeight w:val="510"/>
          <w:jc w:val="center"/>
        </w:trPr>
        <w:tc>
          <w:tcPr>
            <w:tcW w:w="2835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243E7E" w:rsidRPr="00F27726" w:rsidRDefault="00000000">
            <w:pPr>
              <w:jc w:val="center"/>
              <w:rPr>
                <w:rFonts w:ascii="Noto Sans KR" w:eastAsia="Noto Sans KR" w:hAnsi="Noto Sans KR"/>
                <w:sz w:val="20"/>
                <w:szCs w:val="20"/>
              </w:rPr>
            </w:pPr>
            <w:r w:rsidRPr="00F27726">
              <w:rPr>
                <w:rFonts w:ascii="Noto Sans KR" w:eastAsia="Noto Sans KR" w:hAnsi="Noto Sans KR"/>
                <w:color w:val="9E9E9E"/>
                <w:sz w:val="20"/>
                <w:szCs w:val="20"/>
              </w:rPr>
              <w:t>&lt;</w:t>
            </w:r>
            <w:proofErr w:type="spellStart"/>
            <w:r w:rsidRPr="00F27726">
              <w:rPr>
                <w:rFonts w:ascii="Noto Sans KR" w:eastAsia="Noto Sans KR" w:hAnsi="Noto Sans KR"/>
                <w:color w:val="9E9E9E"/>
                <w:sz w:val="20"/>
                <w:szCs w:val="20"/>
              </w:rPr>
              <w:t>자격·면허명</w:t>
            </w:r>
            <w:proofErr w:type="spellEnd"/>
            <w:r w:rsidRPr="00F27726">
              <w:rPr>
                <w:rFonts w:ascii="Noto Sans KR" w:eastAsia="Noto Sans KR" w:hAnsi="Noto Sans KR"/>
                <w:color w:val="9E9E9E"/>
                <w:sz w:val="20"/>
                <w:szCs w:val="20"/>
              </w:rPr>
              <w:t>&gt;</w:t>
            </w:r>
          </w:p>
        </w:tc>
        <w:tc>
          <w:tcPr>
            <w:tcW w:w="1928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243E7E" w:rsidRPr="00F27726" w:rsidRDefault="00000000">
            <w:pPr>
              <w:jc w:val="center"/>
              <w:rPr>
                <w:rFonts w:ascii="Noto Sans KR" w:eastAsia="Noto Sans KR" w:hAnsi="Noto Sans KR"/>
                <w:sz w:val="20"/>
                <w:szCs w:val="20"/>
              </w:rPr>
            </w:pPr>
            <w:r w:rsidRPr="00F27726">
              <w:rPr>
                <w:rFonts w:ascii="Noto Sans KR" w:eastAsia="Noto Sans KR" w:hAnsi="Noto Sans KR"/>
                <w:color w:val="9E9E9E"/>
                <w:sz w:val="20"/>
                <w:szCs w:val="20"/>
              </w:rPr>
              <w:t>&lt;등급·점수&gt;</w:t>
            </w:r>
          </w:p>
        </w:tc>
        <w:tc>
          <w:tcPr>
            <w:tcW w:w="2494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243E7E" w:rsidRPr="00F27726" w:rsidRDefault="00000000">
            <w:pPr>
              <w:jc w:val="center"/>
              <w:rPr>
                <w:rFonts w:ascii="Noto Sans KR" w:eastAsia="Noto Sans KR" w:hAnsi="Noto Sans KR"/>
                <w:sz w:val="20"/>
                <w:szCs w:val="20"/>
              </w:rPr>
            </w:pPr>
            <w:r w:rsidRPr="00F27726">
              <w:rPr>
                <w:rFonts w:ascii="Noto Sans KR" w:eastAsia="Noto Sans KR" w:hAnsi="Noto Sans KR"/>
                <w:color w:val="9E9E9E"/>
                <w:sz w:val="20"/>
                <w:szCs w:val="20"/>
              </w:rPr>
              <w:t>YYYY.MM.DD</w:t>
            </w:r>
          </w:p>
        </w:tc>
        <w:tc>
          <w:tcPr>
            <w:tcW w:w="3061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243E7E" w:rsidRPr="00F27726" w:rsidRDefault="00000000">
            <w:pPr>
              <w:jc w:val="center"/>
              <w:rPr>
                <w:rFonts w:ascii="Noto Sans KR" w:eastAsia="Noto Sans KR" w:hAnsi="Noto Sans KR"/>
                <w:sz w:val="20"/>
                <w:szCs w:val="20"/>
              </w:rPr>
            </w:pPr>
            <w:r w:rsidRPr="00F27726">
              <w:rPr>
                <w:rFonts w:ascii="Noto Sans KR" w:eastAsia="Noto Sans KR" w:hAnsi="Noto Sans KR"/>
                <w:color w:val="9E9E9E"/>
                <w:sz w:val="20"/>
                <w:szCs w:val="20"/>
              </w:rPr>
              <w:t>&lt;발급기관&gt;</w:t>
            </w:r>
          </w:p>
        </w:tc>
      </w:tr>
      <w:tr w:rsidR="00243E7E" w:rsidRPr="00F27726">
        <w:trPr>
          <w:cantSplit/>
          <w:trHeight w:val="510"/>
          <w:jc w:val="center"/>
        </w:trPr>
        <w:tc>
          <w:tcPr>
            <w:tcW w:w="2835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243E7E" w:rsidRPr="00F27726" w:rsidRDefault="00000000">
            <w:pPr>
              <w:jc w:val="center"/>
              <w:rPr>
                <w:rFonts w:ascii="Noto Sans KR" w:eastAsia="Noto Sans KR" w:hAnsi="Noto Sans KR"/>
                <w:sz w:val="20"/>
                <w:szCs w:val="20"/>
              </w:rPr>
            </w:pPr>
            <w:r w:rsidRPr="00F27726">
              <w:rPr>
                <w:rFonts w:ascii="Noto Sans KR" w:eastAsia="Noto Sans KR" w:hAnsi="Noto Sans KR"/>
                <w:color w:val="9E9E9E"/>
                <w:sz w:val="20"/>
                <w:szCs w:val="20"/>
              </w:rPr>
              <w:t>&lt;자격·면허명&gt;</w:t>
            </w:r>
          </w:p>
        </w:tc>
        <w:tc>
          <w:tcPr>
            <w:tcW w:w="1928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243E7E" w:rsidRPr="00F27726" w:rsidRDefault="00000000">
            <w:pPr>
              <w:jc w:val="center"/>
              <w:rPr>
                <w:rFonts w:ascii="Noto Sans KR" w:eastAsia="Noto Sans KR" w:hAnsi="Noto Sans KR"/>
                <w:sz w:val="20"/>
                <w:szCs w:val="20"/>
              </w:rPr>
            </w:pPr>
            <w:r w:rsidRPr="00F27726">
              <w:rPr>
                <w:rFonts w:ascii="Noto Sans KR" w:eastAsia="Noto Sans KR" w:hAnsi="Noto Sans KR"/>
                <w:color w:val="9E9E9E"/>
                <w:sz w:val="20"/>
                <w:szCs w:val="20"/>
              </w:rPr>
              <w:t>&lt;등급·점수&gt;</w:t>
            </w:r>
          </w:p>
        </w:tc>
        <w:tc>
          <w:tcPr>
            <w:tcW w:w="2494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243E7E" w:rsidRPr="00F27726" w:rsidRDefault="00000000">
            <w:pPr>
              <w:jc w:val="center"/>
              <w:rPr>
                <w:rFonts w:ascii="Noto Sans KR" w:eastAsia="Noto Sans KR" w:hAnsi="Noto Sans KR"/>
                <w:sz w:val="20"/>
                <w:szCs w:val="20"/>
              </w:rPr>
            </w:pPr>
            <w:r w:rsidRPr="00F27726">
              <w:rPr>
                <w:rFonts w:ascii="Noto Sans KR" w:eastAsia="Noto Sans KR" w:hAnsi="Noto Sans KR"/>
                <w:color w:val="9E9E9E"/>
                <w:sz w:val="20"/>
                <w:szCs w:val="20"/>
              </w:rPr>
              <w:t>YYYY.MM.DD</w:t>
            </w:r>
          </w:p>
        </w:tc>
        <w:tc>
          <w:tcPr>
            <w:tcW w:w="3061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243E7E" w:rsidRPr="00F27726" w:rsidRDefault="00000000">
            <w:pPr>
              <w:jc w:val="center"/>
              <w:rPr>
                <w:rFonts w:ascii="Noto Sans KR" w:eastAsia="Noto Sans KR" w:hAnsi="Noto Sans KR"/>
                <w:sz w:val="20"/>
                <w:szCs w:val="20"/>
              </w:rPr>
            </w:pPr>
            <w:r w:rsidRPr="00F27726">
              <w:rPr>
                <w:rFonts w:ascii="Noto Sans KR" w:eastAsia="Noto Sans KR" w:hAnsi="Noto Sans KR"/>
                <w:color w:val="9E9E9E"/>
                <w:sz w:val="20"/>
                <w:szCs w:val="20"/>
              </w:rPr>
              <w:t>&lt;발급기관&gt;</w:t>
            </w:r>
          </w:p>
        </w:tc>
      </w:tr>
      <w:tr w:rsidR="00243E7E" w:rsidRPr="00F27726">
        <w:trPr>
          <w:cantSplit/>
          <w:trHeight w:val="510"/>
          <w:jc w:val="center"/>
        </w:trPr>
        <w:tc>
          <w:tcPr>
            <w:tcW w:w="2835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243E7E" w:rsidRPr="00F27726" w:rsidRDefault="00000000">
            <w:pPr>
              <w:jc w:val="center"/>
              <w:rPr>
                <w:rFonts w:ascii="Noto Sans KR" w:eastAsia="Noto Sans KR" w:hAnsi="Noto Sans KR"/>
                <w:sz w:val="20"/>
                <w:szCs w:val="20"/>
              </w:rPr>
            </w:pPr>
            <w:r w:rsidRPr="00F27726">
              <w:rPr>
                <w:rFonts w:ascii="Noto Sans KR" w:eastAsia="Noto Sans KR" w:hAnsi="Noto Sans KR"/>
                <w:color w:val="9E9E9E"/>
                <w:sz w:val="20"/>
                <w:szCs w:val="20"/>
              </w:rPr>
              <w:t>&lt;자격·면허명&gt;</w:t>
            </w:r>
          </w:p>
        </w:tc>
        <w:tc>
          <w:tcPr>
            <w:tcW w:w="1928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243E7E" w:rsidRPr="00F27726" w:rsidRDefault="00000000">
            <w:pPr>
              <w:jc w:val="center"/>
              <w:rPr>
                <w:rFonts w:ascii="Noto Sans KR" w:eastAsia="Noto Sans KR" w:hAnsi="Noto Sans KR"/>
                <w:sz w:val="20"/>
                <w:szCs w:val="20"/>
              </w:rPr>
            </w:pPr>
            <w:r w:rsidRPr="00F27726">
              <w:rPr>
                <w:rFonts w:ascii="Noto Sans KR" w:eastAsia="Noto Sans KR" w:hAnsi="Noto Sans KR"/>
                <w:color w:val="9E9E9E"/>
                <w:sz w:val="20"/>
                <w:szCs w:val="20"/>
              </w:rPr>
              <w:t>&lt;등급·점수&gt;</w:t>
            </w:r>
          </w:p>
        </w:tc>
        <w:tc>
          <w:tcPr>
            <w:tcW w:w="2494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243E7E" w:rsidRPr="00F27726" w:rsidRDefault="00000000">
            <w:pPr>
              <w:jc w:val="center"/>
              <w:rPr>
                <w:rFonts w:ascii="Noto Sans KR" w:eastAsia="Noto Sans KR" w:hAnsi="Noto Sans KR"/>
                <w:sz w:val="20"/>
                <w:szCs w:val="20"/>
              </w:rPr>
            </w:pPr>
            <w:r w:rsidRPr="00F27726">
              <w:rPr>
                <w:rFonts w:ascii="Noto Sans KR" w:eastAsia="Noto Sans KR" w:hAnsi="Noto Sans KR"/>
                <w:color w:val="9E9E9E"/>
                <w:sz w:val="20"/>
                <w:szCs w:val="20"/>
              </w:rPr>
              <w:t>YYYY.MM.DD</w:t>
            </w:r>
          </w:p>
        </w:tc>
        <w:tc>
          <w:tcPr>
            <w:tcW w:w="3061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243E7E" w:rsidRPr="00F27726" w:rsidRDefault="00000000">
            <w:pPr>
              <w:jc w:val="center"/>
              <w:rPr>
                <w:rFonts w:ascii="Noto Sans KR" w:eastAsia="Noto Sans KR" w:hAnsi="Noto Sans KR"/>
                <w:sz w:val="20"/>
                <w:szCs w:val="20"/>
              </w:rPr>
            </w:pPr>
            <w:r w:rsidRPr="00F27726">
              <w:rPr>
                <w:rFonts w:ascii="Noto Sans KR" w:eastAsia="Noto Sans KR" w:hAnsi="Noto Sans KR"/>
                <w:color w:val="9E9E9E"/>
                <w:sz w:val="20"/>
                <w:szCs w:val="20"/>
              </w:rPr>
              <w:t>&lt;발급기관&gt;</w:t>
            </w:r>
          </w:p>
        </w:tc>
      </w:tr>
      <w:tr w:rsidR="00243E7E" w:rsidRPr="00F27726">
        <w:trPr>
          <w:cantSplit/>
          <w:trHeight w:val="510"/>
          <w:jc w:val="center"/>
        </w:trPr>
        <w:tc>
          <w:tcPr>
            <w:tcW w:w="2835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243E7E" w:rsidRPr="00F27726" w:rsidRDefault="00000000">
            <w:pPr>
              <w:jc w:val="center"/>
              <w:rPr>
                <w:rFonts w:ascii="Noto Sans KR" w:eastAsia="Noto Sans KR" w:hAnsi="Noto Sans KR"/>
                <w:sz w:val="20"/>
                <w:szCs w:val="20"/>
              </w:rPr>
            </w:pPr>
            <w:r w:rsidRPr="00F27726">
              <w:rPr>
                <w:rFonts w:ascii="Noto Sans KR" w:eastAsia="Noto Sans KR" w:hAnsi="Noto Sans KR"/>
                <w:color w:val="9E9E9E"/>
                <w:sz w:val="20"/>
                <w:szCs w:val="20"/>
              </w:rPr>
              <w:t>&lt;자격·면허명&gt;</w:t>
            </w:r>
          </w:p>
        </w:tc>
        <w:tc>
          <w:tcPr>
            <w:tcW w:w="1928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243E7E" w:rsidRPr="00F27726" w:rsidRDefault="00000000">
            <w:pPr>
              <w:jc w:val="center"/>
              <w:rPr>
                <w:rFonts w:ascii="Noto Sans KR" w:eastAsia="Noto Sans KR" w:hAnsi="Noto Sans KR"/>
                <w:sz w:val="20"/>
                <w:szCs w:val="20"/>
              </w:rPr>
            </w:pPr>
            <w:r w:rsidRPr="00F27726">
              <w:rPr>
                <w:rFonts w:ascii="Noto Sans KR" w:eastAsia="Noto Sans KR" w:hAnsi="Noto Sans KR"/>
                <w:color w:val="9E9E9E"/>
                <w:sz w:val="20"/>
                <w:szCs w:val="20"/>
              </w:rPr>
              <w:t>&lt;등급·점수&gt;</w:t>
            </w:r>
          </w:p>
        </w:tc>
        <w:tc>
          <w:tcPr>
            <w:tcW w:w="2494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243E7E" w:rsidRPr="00F27726" w:rsidRDefault="00000000">
            <w:pPr>
              <w:jc w:val="center"/>
              <w:rPr>
                <w:rFonts w:ascii="Noto Sans KR" w:eastAsia="Noto Sans KR" w:hAnsi="Noto Sans KR"/>
                <w:sz w:val="20"/>
                <w:szCs w:val="20"/>
              </w:rPr>
            </w:pPr>
            <w:r w:rsidRPr="00F27726">
              <w:rPr>
                <w:rFonts w:ascii="Noto Sans KR" w:eastAsia="Noto Sans KR" w:hAnsi="Noto Sans KR"/>
                <w:color w:val="9E9E9E"/>
                <w:sz w:val="20"/>
                <w:szCs w:val="20"/>
              </w:rPr>
              <w:t>YYYY.MM.DD</w:t>
            </w:r>
          </w:p>
        </w:tc>
        <w:tc>
          <w:tcPr>
            <w:tcW w:w="3061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243E7E" w:rsidRPr="00F27726" w:rsidRDefault="00000000">
            <w:pPr>
              <w:jc w:val="center"/>
              <w:rPr>
                <w:rFonts w:ascii="Noto Sans KR" w:eastAsia="Noto Sans KR" w:hAnsi="Noto Sans KR"/>
                <w:sz w:val="20"/>
                <w:szCs w:val="20"/>
              </w:rPr>
            </w:pPr>
            <w:r w:rsidRPr="00F27726">
              <w:rPr>
                <w:rFonts w:ascii="Noto Sans KR" w:eastAsia="Noto Sans KR" w:hAnsi="Noto Sans KR"/>
                <w:color w:val="9E9E9E"/>
                <w:sz w:val="20"/>
                <w:szCs w:val="20"/>
              </w:rPr>
              <w:t>&lt;발급기관&gt;</w:t>
            </w:r>
          </w:p>
        </w:tc>
      </w:tr>
    </w:tbl>
    <w:p w:rsidR="00243E7E" w:rsidRPr="00A02A8A" w:rsidRDefault="00243E7E">
      <w:pPr>
        <w:spacing w:after="20"/>
        <w:rPr>
          <w:rFonts w:ascii="Noto Sans KR" w:eastAsia="Noto Sans KR" w:hAnsi="Noto Sans KR"/>
          <w:sz w:val="8"/>
          <w:szCs w:val="8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757"/>
        <w:gridCol w:w="2665"/>
        <w:gridCol w:w="2494"/>
        <w:gridCol w:w="3402"/>
      </w:tblGrid>
      <w:tr w:rsidR="00243E7E" w:rsidRPr="00F27726">
        <w:trPr>
          <w:cantSplit/>
          <w:tblHeader/>
          <w:jc w:val="center"/>
        </w:trPr>
        <w:tc>
          <w:tcPr>
            <w:tcW w:w="1757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shd w:val="clear" w:color="auto" w:fill="000000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243E7E" w:rsidRPr="00F27726" w:rsidRDefault="00000000">
            <w:pPr>
              <w:jc w:val="center"/>
              <w:rPr>
                <w:rFonts w:ascii="Noto Sans KR" w:eastAsia="Noto Sans KR" w:hAnsi="Noto Sans KR"/>
                <w:sz w:val="20"/>
                <w:szCs w:val="20"/>
              </w:rPr>
            </w:pPr>
            <w:r w:rsidRPr="00F27726">
              <w:rPr>
                <w:rFonts w:ascii="Noto Sans KR" w:eastAsia="Noto Sans KR" w:hAnsi="Noto Sans KR"/>
                <w:b/>
                <w:color w:val="FFFFFF"/>
                <w:sz w:val="20"/>
                <w:szCs w:val="20"/>
              </w:rPr>
              <w:t>구분</w:t>
            </w:r>
          </w:p>
        </w:tc>
        <w:tc>
          <w:tcPr>
            <w:tcW w:w="2665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shd w:val="clear" w:color="auto" w:fill="000000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243E7E" w:rsidRPr="00F27726" w:rsidRDefault="00000000">
            <w:pPr>
              <w:jc w:val="center"/>
              <w:rPr>
                <w:rFonts w:ascii="Noto Sans KR" w:eastAsia="Noto Sans KR" w:hAnsi="Noto Sans KR"/>
                <w:sz w:val="20"/>
                <w:szCs w:val="20"/>
              </w:rPr>
            </w:pPr>
            <w:r w:rsidRPr="00F27726">
              <w:rPr>
                <w:rFonts w:ascii="Noto Sans KR" w:eastAsia="Noto Sans KR" w:hAnsi="Noto Sans KR"/>
                <w:b/>
                <w:color w:val="FFFFFF"/>
                <w:sz w:val="20"/>
                <w:szCs w:val="20"/>
              </w:rPr>
              <w:t>기술·도구·언어</w:t>
            </w:r>
          </w:p>
        </w:tc>
        <w:tc>
          <w:tcPr>
            <w:tcW w:w="2494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shd w:val="clear" w:color="auto" w:fill="000000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243E7E" w:rsidRPr="00F27726" w:rsidRDefault="00000000">
            <w:pPr>
              <w:jc w:val="center"/>
              <w:rPr>
                <w:rFonts w:ascii="Noto Sans KR" w:eastAsia="Noto Sans KR" w:hAnsi="Noto Sans KR"/>
                <w:sz w:val="20"/>
                <w:szCs w:val="20"/>
              </w:rPr>
            </w:pPr>
            <w:r w:rsidRPr="00F27726">
              <w:rPr>
                <w:rFonts w:ascii="Noto Sans KR" w:eastAsia="Noto Sans KR" w:hAnsi="Noto Sans KR"/>
                <w:b/>
                <w:color w:val="FFFFFF"/>
                <w:sz w:val="20"/>
                <w:szCs w:val="20"/>
              </w:rPr>
              <w:t>활용수준·공인점수</w:t>
            </w:r>
          </w:p>
        </w:tc>
        <w:tc>
          <w:tcPr>
            <w:tcW w:w="3402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shd w:val="clear" w:color="auto" w:fill="000000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243E7E" w:rsidRPr="00F27726" w:rsidRDefault="00000000">
            <w:pPr>
              <w:jc w:val="center"/>
              <w:rPr>
                <w:rFonts w:ascii="Noto Sans KR" w:eastAsia="Noto Sans KR" w:hAnsi="Noto Sans KR"/>
                <w:sz w:val="20"/>
                <w:szCs w:val="20"/>
              </w:rPr>
            </w:pPr>
            <w:r w:rsidRPr="00F27726">
              <w:rPr>
                <w:rFonts w:ascii="Noto Sans KR" w:eastAsia="Noto Sans KR" w:hAnsi="Noto Sans KR"/>
                <w:b/>
                <w:color w:val="FFFFFF"/>
                <w:sz w:val="20"/>
                <w:szCs w:val="20"/>
              </w:rPr>
              <w:t>활용 경험 및 근거</w:t>
            </w:r>
          </w:p>
        </w:tc>
      </w:tr>
      <w:tr w:rsidR="00243E7E" w:rsidRPr="00F27726">
        <w:trPr>
          <w:cantSplit/>
          <w:trHeight w:val="567"/>
          <w:jc w:val="center"/>
        </w:trPr>
        <w:tc>
          <w:tcPr>
            <w:tcW w:w="1757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shd w:val="clear" w:color="auto" w:fill="F2F2F2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243E7E" w:rsidRPr="00F27726" w:rsidRDefault="00000000">
            <w:pPr>
              <w:jc w:val="center"/>
              <w:rPr>
                <w:rFonts w:ascii="Noto Sans KR" w:eastAsia="Noto Sans KR" w:hAnsi="Noto Sans KR"/>
                <w:sz w:val="20"/>
                <w:szCs w:val="20"/>
              </w:rPr>
            </w:pPr>
            <w:proofErr w:type="spellStart"/>
            <w:r w:rsidRPr="00F27726">
              <w:rPr>
                <w:rFonts w:ascii="Noto Sans KR" w:eastAsia="Noto Sans KR" w:hAnsi="Noto Sans KR"/>
                <w:b/>
                <w:color w:val="1A1A1A"/>
                <w:sz w:val="20"/>
                <w:szCs w:val="20"/>
              </w:rPr>
              <w:t>외국어</w:t>
            </w:r>
            <w:proofErr w:type="spellEnd"/>
          </w:p>
        </w:tc>
        <w:tc>
          <w:tcPr>
            <w:tcW w:w="2665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243E7E" w:rsidRPr="00F27726" w:rsidRDefault="00000000">
            <w:pPr>
              <w:rPr>
                <w:rFonts w:ascii="Noto Sans KR" w:eastAsia="Noto Sans KR" w:hAnsi="Noto Sans KR"/>
                <w:sz w:val="20"/>
                <w:szCs w:val="20"/>
              </w:rPr>
            </w:pPr>
            <w:r w:rsidRPr="00F27726">
              <w:rPr>
                <w:rFonts w:ascii="Noto Sans KR" w:eastAsia="Noto Sans KR" w:hAnsi="Noto Sans KR"/>
                <w:color w:val="9E9E9E"/>
                <w:sz w:val="20"/>
                <w:szCs w:val="20"/>
              </w:rPr>
              <w:t>&lt;언어·시험명&gt;</w:t>
            </w:r>
          </w:p>
        </w:tc>
        <w:tc>
          <w:tcPr>
            <w:tcW w:w="2494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243E7E" w:rsidRPr="00F27726" w:rsidRDefault="00000000">
            <w:pPr>
              <w:rPr>
                <w:rFonts w:ascii="Noto Sans KR" w:eastAsia="Noto Sans KR" w:hAnsi="Noto Sans KR"/>
                <w:sz w:val="20"/>
                <w:szCs w:val="20"/>
              </w:rPr>
            </w:pPr>
            <w:r w:rsidRPr="00F27726">
              <w:rPr>
                <w:rFonts w:ascii="Noto Sans KR" w:eastAsia="Noto Sans KR" w:hAnsi="Noto Sans KR"/>
                <w:color w:val="9E9E9E"/>
                <w:sz w:val="20"/>
                <w:szCs w:val="20"/>
              </w:rPr>
              <w:t>&lt;점수·등급 또는 수준&gt;</w:t>
            </w:r>
          </w:p>
        </w:tc>
        <w:tc>
          <w:tcPr>
            <w:tcW w:w="3402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243E7E" w:rsidRPr="00F27726" w:rsidRDefault="00000000">
            <w:pPr>
              <w:rPr>
                <w:rFonts w:ascii="Noto Sans KR" w:eastAsia="Noto Sans KR" w:hAnsi="Noto Sans KR"/>
                <w:sz w:val="20"/>
                <w:szCs w:val="20"/>
                <w:lang w:eastAsia="ko-KR"/>
              </w:rPr>
            </w:pPr>
            <w:r w:rsidRPr="00F27726">
              <w:rPr>
                <w:rFonts w:ascii="Noto Sans KR" w:eastAsia="Noto Sans KR" w:hAnsi="Noto Sans KR"/>
                <w:color w:val="9E9E9E"/>
                <w:sz w:val="20"/>
                <w:szCs w:val="20"/>
                <w:lang w:eastAsia="ko-KR"/>
              </w:rPr>
              <w:t>&lt;회화·문서 등 업무 활용 경험&gt;</w:t>
            </w:r>
          </w:p>
        </w:tc>
      </w:tr>
      <w:tr w:rsidR="00243E7E" w:rsidRPr="00F27726">
        <w:trPr>
          <w:cantSplit/>
          <w:trHeight w:val="567"/>
          <w:jc w:val="center"/>
        </w:trPr>
        <w:tc>
          <w:tcPr>
            <w:tcW w:w="1757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shd w:val="clear" w:color="auto" w:fill="F2F2F2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243E7E" w:rsidRPr="00F27726" w:rsidRDefault="00000000">
            <w:pPr>
              <w:jc w:val="center"/>
              <w:rPr>
                <w:rFonts w:ascii="Noto Sans KR" w:eastAsia="Noto Sans KR" w:hAnsi="Noto Sans KR"/>
                <w:sz w:val="20"/>
                <w:szCs w:val="20"/>
              </w:rPr>
            </w:pPr>
            <w:proofErr w:type="spellStart"/>
            <w:r w:rsidRPr="00F27726">
              <w:rPr>
                <w:rFonts w:ascii="Noto Sans KR" w:eastAsia="Noto Sans KR" w:hAnsi="Noto Sans KR"/>
                <w:b/>
                <w:color w:val="1A1A1A"/>
                <w:sz w:val="20"/>
                <w:szCs w:val="20"/>
              </w:rPr>
              <w:t>OA·데이터</w:t>
            </w:r>
            <w:proofErr w:type="spellEnd"/>
          </w:p>
        </w:tc>
        <w:tc>
          <w:tcPr>
            <w:tcW w:w="2665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243E7E" w:rsidRPr="00F27726" w:rsidRDefault="00000000">
            <w:pPr>
              <w:rPr>
                <w:rFonts w:ascii="Noto Sans KR" w:eastAsia="Noto Sans KR" w:hAnsi="Noto Sans KR"/>
                <w:sz w:val="20"/>
                <w:szCs w:val="20"/>
              </w:rPr>
            </w:pPr>
            <w:r w:rsidRPr="00F27726">
              <w:rPr>
                <w:rFonts w:ascii="Noto Sans KR" w:eastAsia="Noto Sans KR" w:hAnsi="Noto Sans KR"/>
                <w:color w:val="9E9E9E"/>
                <w:sz w:val="20"/>
                <w:szCs w:val="20"/>
              </w:rPr>
              <w:t>&lt;Excel, SQL 등&gt;</w:t>
            </w:r>
          </w:p>
        </w:tc>
        <w:tc>
          <w:tcPr>
            <w:tcW w:w="2494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243E7E" w:rsidRPr="00F27726" w:rsidRDefault="00000000">
            <w:pPr>
              <w:rPr>
                <w:rFonts w:ascii="Noto Sans KR" w:eastAsia="Noto Sans KR" w:hAnsi="Noto Sans KR"/>
                <w:sz w:val="20"/>
                <w:szCs w:val="20"/>
              </w:rPr>
            </w:pPr>
            <w:r w:rsidRPr="00F27726">
              <w:rPr>
                <w:rFonts w:ascii="Noto Sans KR" w:eastAsia="Noto Sans KR" w:hAnsi="Noto Sans KR"/>
                <w:color w:val="9E9E9E"/>
                <w:sz w:val="20"/>
                <w:szCs w:val="20"/>
              </w:rPr>
              <w:t>&lt;활용 가능한 기능&gt;</w:t>
            </w:r>
          </w:p>
        </w:tc>
        <w:tc>
          <w:tcPr>
            <w:tcW w:w="3402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243E7E" w:rsidRPr="00F27726" w:rsidRDefault="00000000">
            <w:pPr>
              <w:rPr>
                <w:rFonts w:ascii="Noto Sans KR" w:eastAsia="Noto Sans KR" w:hAnsi="Noto Sans KR"/>
                <w:sz w:val="20"/>
                <w:szCs w:val="20"/>
                <w:lang w:eastAsia="ko-KR"/>
              </w:rPr>
            </w:pPr>
            <w:r w:rsidRPr="00F27726">
              <w:rPr>
                <w:rFonts w:ascii="Noto Sans KR" w:eastAsia="Noto Sans KR" w:hAnsi="Noto Sans KR"/>
                <w:color w:val="9E9E9E"/>
                <w:sz w:val="20"/>
                <w:szCs w:val="20"/>
                <w:lang w:eastAsia="ko-KR"/>
              </w:rPr>
              <w:t>&lt;분석·보고·자동화 경험&gt;</w:t>
            </w:r>
          </w:p>
        </w:tc>
      </w:tr>
      <w:tr w:rsidR="00243E7E" w:rsidRPr="00F27726">
        <w:trPr>
          <w:cantSplit/>
          <w:trHeight w:val="567"/>
          <w:jc w:val="center"/>
        </w:trPr>
        <w:tc>
          <w:tcPr>
            <w:tcW w:w="1757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shd w:val="clear" w:color="auto" w:fill="F2F2F2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243E7E" w:rsidRPr="00F27726" w:rsidRDefault="00000000">
            <w:pPr>
              <w:jc w:val="center"/>
              <w:rPr>
                <w:rFonts w:ascii="Noto Sans KR" w:eastAsia="Noto Sans KR" w:hAnsi="Noto Sans KR"/>
                <w:sz w:val="20"/>
                <w:szCs w:val="20"/>
              </w:rPr>
            </w:pPr>
            <w:proofErr w:type="spellStart"/>
            <w:r w:rsidRPr="00F27726">
              <w:rPr>
                <w:rFonts w:ascii="Noto Sans KR" w:eastAsia="Noto Sans KR" w:hAnsi="Noto Sans KR"/>
                <w:b/>
                <w:color w:val="1A1A1A"/>
                <w:sz w:val="20"/>
                <w:szCs w:val="20"/>
              </w:rPr>
              <w:t>개발·IT</w:t>
            </w:r>
            <w:proofErr w:type="spellEnd"/>
          </w:p>
        </w:tc>
        <w:tc>
          <w:tcPr>
            <w:tcW w:w="2665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243E7E" w:rsidRPr="00F27726" w:rsidRDefault="00000000">
            <w:pPr>
              <w:rPr>
                <w:rFonts w:ascii="Noto Sans KR" w:eastAsia="Noto Sans KR" w:hAnsi="Noto Sans KR"/>
                <w:sz w:val="20"/>
                <w:szCs w:val="20"/>
              </w:rPr>
            </w:pPr>
            <w:r w:rsidRPr="00F27726">
              <w:rPr>
                <w:rFonts w:ascii="Noto Sans KR" w:eastAsia="Noto Sans KR" w:hAnsi="Noto Sans KR"/>
                <w:color w:val="9E9E9E"/>
                <w:sz w:val="20"/>
                <w:szCs w:val="20"/>
              </w:rPr>
              <w:t>&lt;언어·플랫폼 등&gt;</w:t>
            </w:r>
          </w:p>
        </w:tc>
        <w:tc>
          <w:tcPr>
            <w:tcW w:w="2494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243E7E" w:rsidRPr="00F27726" w:rsidRDefault="00000000">
            <w:pPr>
              <w:rPr>
                <w:rFonts w:ascii="Noto Sans KR" w:eastAsia="Noto Sans KR" w:hAnsi="Noto Sans KR"/>
                <w:sz w:val="20"/>
                <w:szCs w:val="20"/>
              </w:rPr>
            </w:pPr>
            <w:r w:rsidRPr="00F27726">
              <w:rPr>
                <w:rFonts w:ascii="Noto Sans KR" w:eastAsia="Noto Sans KR" w:hAnsi="Noto Sans KR"/>
                <w:color w:val="9E9E9E"/>
                <w:sz w:val="20"/>
                <w:szCs w:val="20"/>
              </w:rPr>
              <w:t>&lt;숙련 수준&gt;</w:t>
            </w:r>
          </w:p>
        </w:tc>
        <w:tc>
          <w:tcPr>
            <w:tcW w:w="3402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243E7E" w:rsidRPr="00F27726" w:rsidRDefault="00000000">
            <w:pPr>
              <w:rPr>
                <w:rFonts w:ascii="Noto Sans KR" w:eastAsia="Noto Sans KR" w:hAnsi="Noto Sans KR"/>
                <w:sz w:val="20"/>
                <w:szCs w:val="20"/>
                <w:lang w:eastAsia="ko-KR"/>
              </w:rPr>
            </w:pPr>
            <w:r w:rsidRPr="00F27726">
              <w:rPr>
                <w:rFonts w:ascii="Noto Sans KR" w:eastAsia="Noto Sans KR" w:hAnsi="Noto Sans KR"/>
                <w:color w:val="9E9E9E"/>
                <w:sz w:val="20"/>
                <w:szCs w:val="20"/>
                <w:lang w:eastAsia="ko-KR"/>
              </w:rPr>
              <w:t>&lt;개발·운영·프로젝트 경험&gt;</w:t>
            </w:r>
          </w:p>
        </w:tc>
      </w:tr>
      <w:tr w:rsidR="00243E7E" w:rsidRPr="00F27726">
        <w:trPr>
          <w:cantSplit/>
          <w:trHeight w:val="567"/>
          <w:jc w:val="center"/>
        </w:trPr>
        <w:tc>
          <w:tcPr>
            <w:tcW w:w="1757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shd w:val="clear" w:color="auto" w:fill="F2F2F2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243E7E" w:rsidRPr="00F27726" w:rsidRDefault="00000000">
            <w:pPr>
              <w:jc w:val="center"/>
              <w:rPr>
                <w:rFonts w:ascii="Noto Sans KR" w:eastAsia="Noto Sans KR" w:hAnsi="Noto Sans KR"/>
                <w:sz w:val="20"/>
                <w:szCs w:val="20"/>
              </w:rPr>
            </w:pPr>
            <w:proofErr w:type="spellStart"/>
            <w:r w:rsidRPr="00F27726">
              <w:rPr>
                <w:rFonts w:ascii="Noto Sans KR" w:eastAsia="Noto Sans KR" w:hAnsi="Noto Sans KR"/>
                <w:b/>
                <w:color w:val="1A1A1A"/>
                <w:sz w:val="20"/>
                <w:szCs w:val="20"/>
              </w:rPr>
              <w:t>기타</w:t>
            </w:r>
            <w:proofErr w:type="spellEnd"/>
          </w:p>
        </w:tc>
        <w:tc>
          <w:tcPr>
            <w:tcW w:w="2665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243E7E" w:rsidRPr="00F27726" w:rsidRDefault="00000000">
            <w:pPr>
              <w:rPr>
                <w:rFonts w:ascii="Noto Sans KR" w:eastAsia="Noto Sans KR" w:hAnsi="Noto Sans KR"/>
                <w:sz w:val="20"/>
                <w:szCs w:val="20"/>
              </w:rPr>
            </w:pPr>
            <w:r w:rsidRPr="00F27726">
              <w:rPr>
                <w:rFonts w:ascii="Noto Sans KR" w:eastAsia="Noto Sans KR" w:hAnsi="Noto Sans KR"/>
                <w:color w:val="9E9E9E"/>
                <w:sz w:val="20"/>
                <w:szCs w:val="20"/>
              </w:rPr>
              <w:t>&lt;직무 관련 역량&gt;</w:t>
            </w:r>
          </w:p>
        </w:tc>
        <w:tc>
          <w:tcPr>
            <w:tcW w:w="2494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243E7E" w:rsidRPr="00F27726" w:rsidRDefault="00000000">
            <w:pPr>
              <w:rPr>
                <w:rFonts w:ascii="Noto Sans KR" w:eastAsia="Noto Sans KR" w:hAnsi="Noto Sans KR"/>
                <w:sz w:val="20"/>
                <w:szCs w:val="20"/>
              </w:rPr>
            </w:pPr>
            <w:r w:rsidRPr="00F27726">
              <w:rPr>
                <w:rFonts w:ascii="Noto Sans KR" w:eastAsia="Noto Sans KR" w:hAnsi="Noto Sans KR"/>
                <w:color w:val="9E9E9E"/>
                <w:sz w:val="20"/>
                <w:szCs w:val="20"/>
              </w:rPr>
              <w:t>&lt;수준&gt;</w:t>
            </w:r>
          </w:p>
        </w:tc>
        <w:tc>
          <w:tcPr>
            <w:tcW w:w="3402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243E7E" w:rsidRPr="00F27726" w:rsidRDefault="00000000">
            <w:pPr>
              <w:rPr>
                <w:rFonts w:ascii="Noto Sans KR" w:eastAsia="Noto Sans KR" w:hAnsi="Noto Sans KR"/>
                <w:sz w:val="20"/>
                <w:szCs w:val="20"/>
              </w:rPr>
            </w:pPr>
            <w:r w:rsidRPr="00F27726">
              <w:rPr>
                <w:rFonts w:ascii="Noto Sans KR" w:eastAsia="Noto Sans KR" w:hAnsi="Noto Sans KR"/>
                <w:color w:val="9E9E9E"/>
                <w:sz w:val="20"/>
                <w:szCs w:val="20"/>
              </w:rPr>
              <w:t>&lt;구체적인 근거·사례&gt;</w:t>
            </w:r>
          </w:p>
        </w:tc>
      </w:tr>
    </w:tbl>
    <w:p w:rsidR="00243E7E" w:rsidRPr="00A02A8A" w:rsidRDefault="00243E7E">
      <w:pPr>
        <w:rPr>
          <w:rFonts w:ascii="Noto Sans KR" w:eastAsia="Noto Sans KR" w:hAnsi="Noto Sans KR"/>
          <w:sz w:val="8"/>
          <w:szCs w:val="8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701"/>
        <w:gridCol w:w="8951"/>
      </w:tblGrid>
      <w:tr w:rsidR="00243E7E" w:rsidRPr="00F27726" w:rsidTr="001325C4">
        <w:trPr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08200"/>
            <w:tcMar>
              <w:top w:w="85" w:type="dxa"/>
              <w:left w:w="100" w:type="dxa"/>
              <w:bottom w:w="85" w:type="dxa"/>
              <w:right w:w="100" w:type="dxa"/>
            </w:tcMar>
            <w:vAlign w:val="center"/>
          </w:tcPr>
          <w:p w:rsidR="00243E7E" w:rsidRPr="00F27726" w:rsidRDefault="00000000">
            <w:pPr>
              <w:jc w:val="center"/>
              <w:rPr>
                <w:rFonts w:ascii="Noto Sans KR" w:eastAsia="Noto Sans KR" w:hAnsi="Noto Sans KR"/>
                <w:sz w:val="20"/>
                <w:szCs w:val="20"/>
              </w:rPr>
            </w:pPr>
            <w:r w:rsidRPr="00F27726">
              <w:rPr>
                <w:rFonts w:ascii="Noto Sans KR" w:eastAsia="Noto Sans KR" w:hAnsi="Noto Sans KR"/>
                <w:b/>
                <w:color w:val="000000"/>
                <w:sz w:val="20"/>
                <w:szCs w:val="20"/>
              </w:rPr>
              <w:lastRenderedPageBreak/>
              <w:t>6</w:t>
            </w:r>
          </w:p>
        </w:tc>
        <w:tc>
          <w:tcPr>
            <w:tcW w:w="8951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tcMar>
              <w:top w:w="85" w:type="dxa"/>
              <w:left w:w="100" w:type="dxa"/>
              <w:bottom w:w="85" w:type="dxa"/>
              <w:right w:w="100" w:type="dxa"/>
            </w:tcMar>
            <w:vAlign w:val="center"/>
          </w:tcPr>
          <w:p w:rsidR="00243E7E" w:rsidRPr="00F27726" w:rsidRDefault="00000000">
            <w:pPr>
              <w:rPr>
                <w:rFonts w:ascii="Noto Sans KR" w:eastAsia="Noto Sans KR" w:hAnsi="Noto Sans KR"/>
                <w:sz w:val="20"/>
                <w:szCs w:val="20"/>
                <w:lang w:eastAsia="ko-KR"/>
              </w:rPr>
            </w:pPr>
            <w:r w:rsidRPr="00F27726">
              <w:rPr>
                <w:rFonts w:ascii="Noto Sans KR" w:eastAsia="Noto Sans KR" w:hAnsi="Noto Sans KR"/>
                <w:b/>
                <w:color w:val="FFFFFF"/>
                <w:sz w:val="20"/>
                <w:szCs w:val="20"/>
                <w:lang w:eastAsia="ko-KR"/>
              </w:rPr>
              <w:t>교육·대외활동 및 기타 직무경험</w:t>
            </w:r>
          </w:p>
        </w:tc>
      </w:tr>
    </w:tbl>
    <w:p w:rsidR="00243E7E" w:rsidRPr="00F27726" w:rsidRDefault="00000000">
      <w:pPr>
        <w:spacing w:before="40" w:after="80"/>
        <w:rPr>
          <w:rFonts w:ascii="Noto Sans KR" w:eastAsia="Noto Sans KR" w:hAnsi="Noto Sans KR"/>
          <w:sz w:val="20"/>
          <w:szCs w:val="20"/>
          <w:lang w:eastAsia="ko-KR"/>
        </w:rPr>
      </w:pPr>
      <w:r w:rsidRPr="00F27726">
        <w:rPr>
          <w:rFonts w:ascii="Noto Sans KR" w:eastAsia="Noto Sans KR" w:hAnsi="Noto Sans KR"/>
          <w:color w:val="666666"/>
          <w:sz w:val="20"/>
          <w:szCs w:val="20"/>
          <w:lang w:eastAsia="ko-KR"/>
        </w:rPr>
        <w:t>※ 지원 직무와 관련성이 높은 교육, 대외활동, 수상, 연구 및 프로젝트 경험을 중심으로 작성합니다.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757"/>
        <w:gridCol w:w="2268"/>
        <w:gridCol w:w="2551"/>
        <w:gridCol w:w="1361"/>
        <w:gridCol w:w="2381"/>
      </w:tblGrid>
      <w:tr w:rsidR="00243E7E" w:rsidRPr="00F27726">
        <w:trPr>
          <w:cantSplit/>
          <w:tblHeader/>
          <w:jc w:val="center"/>
        </w:trPr>
        <w:tc>
          <w:tcPr>
            <w:tcW w:w="1757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shd w:val="clear" w:color="auto" w:fill="000000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243E7E" w:rsidRPr="00F27726" w:rsidRDefault="00000000">
            <w:pPr>
              <w:jc w:val="center"/>
              <w:rPr>
                <w:rFonts w:ascii="Noto Sans KR" w:eastAsia="Noto Sans KR" w:hAnsi="Noto Sans KR"/>
                <w:sz w:val="20"/>
                <w:szCs w:val="20"/>
              </w:rPr>
            </w:pPr>
            <w:proofErr w:type="spellStart"/>
            <w:r w:rsidRPr="00F27726">
              <w:rPr>
                <w:rFonts w:ascii="Noto Sans KR" w:eastAsia="Noto Sans KR" w:hAnsi="Noto Sans KR"/>
                <w:b/>
                <w:color w:val="FFFFFF"/>
                <w:sz w:val="20"/>
                <w:szCs w:val="20"/>
              </w:rPr>
              <w:t>기간</w:t>
            </w:r>
            <w:proofErr w:type="spellEnd"/>
          </w:p>
        </w:tc>
        <w:tc>
          <w:tcPr>
            <w:tcW w:w="2268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shd w:val="clear" w:color="auto" w:fill="000000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243E7E" w:rsidRPr="00F27726" w:rsidRDefault="00000000">
            <w:pPr>
              <w:jc w:val="center"/>
              <w:rPr>
                <w:rFonts w:ascii="Noto Sans KR" w:eastAsia="Noto Sans KR" w:hAnsi="Noto Sans KR"/>
                <w:sz w:val="20"/>
                <w:szCs w:val="20"/>
              </w:rPr>
            </w:pPr>
            <w:r w:rsidRPr="00F27726">
              <w:rPr>
                <w:rFonts w:ascii="Noto Sans KR" w:eastAsia="Noto Sans KR" w:hAnsi="Noto Sans KR"/>
                <w:b/>
                <w:color w:val="FFFFFF"/>
                <w:sz w:val="20"/>
                <w:szCs w:val="20"/>
              </w:rPr>
              <w:t>기관명</w:t>
            </w:r>
          </w:p>
        </w:tc>
        <w:tc>
          <w:tcPr>
            <w:tcW w:w="2551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shd w:val="clear" w:color="auto" w:fill="000000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243E7E" w:rsidRPr="00F27726" w:rsidRDefault="00000000">
            <w:pPr>
              <w:jc w:val="center"/>
              <w:rPr>
                <w:rFonts w:ascii="Noto Sans KR" w:eastAsia="Noto Sans KR" w:hAnsi="Noto Sans KR"/>
                <w:sz w:val="20"/>
                <w:szCs w:val="20"/>
              </w:rPr>
            </w:pPr>
            <w:r w:rsidRPr="00F27726">
              <w:rPr>
                <w:rFonts w:ascii="Noto Sans KR" w:eastAsia="Noto Sans KR" w:hAnsi="Noto Sans KR"/>
                <w:b/>
                <w:color w:val="FFFFFF"/>
                <w:sz w:val="20"/>
                <w:szCs w:val="20"/>
              </w:rPr>
              <w:t>교육·활동명</w:t>
            </w:r>
          </w:p>
        </w:tc>
        <w:tc>
          <w:tcPr>
            <w:tcW w:w="1361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shd w:val="clear" w:color="auto" w:fill="000000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243E7E" w:rsidRPr="00F27726" w:rsidRDefault="00000000">
            <w:pPr>
              <w:jc w:val="center"/>
              <w:rPr>
                <w:rFonts w:ascii="Noto Sans KR" w:eastAsia="Noto Sans KR" w:hAnsi="Noto Sans KR"/>
                <w:sz w:val="20"/>
                <w:szCs w:val="20"/>
              </w:rPr>
            </w:pPr>
            <w:r w:rsidRPr="00F27726">
              <w:rPr>
                <w:rFonts w:ascii="Noto Sans KR" w:eastAsia="Noto Sans KR" w:hAnsi="Noto Sans KR"/>
                <w:b/>
                <w:color w:val="FFFFFF"/>
                <w:sz w:val="20"/>
                <w:szCs w:val="20"/>
              </w:rPr>
              <w:t>시간</w:t>
            </w:r>
          </w:p>
        </w:tc>
        <w:tc>
          <w:tcPr>
            <w:tcW w:w="2381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shd w:val="clear" w:color="auto" w:fill="000000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243E7E" w:rsidRPr="00F27726" w:rsidRDefault="00000000">
            <w:pPr>
              <w:jc w:val="center"/>
              <w:rPr>
                <w:rFonts w:ascii="Noto Sans KR" w:eastAsia="Noto Sans KR" w:hAnsi="Noto Sans KR"/>
                <w:sz w:val="20"/>
                <w:szCs w:val="20"/>
              </w:rPr>
            </w:pPr>
            <w:r w:rsidRPr="00F27726">
              <w:rPr>
                <w:rFonts w:ascii="Noto Sans KR" w:eastAsia="Noto Sans KR" w:hAnsi="Noto Sans KR"/>
                <w:b/>
                <w:color w:val="FFFFFF"/>
                <w:sz w:val="20"/>
                <w:szCs w:val="20"/>
              </w:rPr>
              <w:t>주요 내용 및 성과</w:t>
            </w:r>
          </w:p>
        </w:tc>
      </w:tr>
      <w:tr w:rsidR="00243E7E" w:rsidRPr="00F27726">
        <w:trPr>
          <w:cantSplit/>
          <w:trHeight w:val="680"/>
          <w:jc w:val="center"/>
        </w:trPr>
        <w:tc>
          <w:tcPr>
            <w:tcW w:w="1757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243E7E" w:rsidRPr="00F27726" w:rsidRDefault="00000000">
            <w:pPr>
              <w:jc w:val="center"/>
              <w:rPr>
                <w:rFonts w:ascii="Noto Sans KR" w:eastAsia="Noto Sans KR" w:hAnsi="Noto Sans KR"/>
                <w:sz w:val="20"/>
                <w:szCs w:val="20"/>
              </w:rPr>
            </w:pPr>
            <w:r w:rsidRPr="00F27726">
              <w:rPr>
                <w:rFonts w:ascii="Noto Sans KR" w:eastAsia="Noto Sans KR" w:hAnsi="Noto Sans KR"/>
                <w:color w:val="9E9E9E"/>
                <w:sz w:val="20"/>
                <w:szCs w:val="20"/>
              </w:rPr>
              <w:t>YYYY.MM ~ YYYY.MM</w:t>
            </w:r>
          </w:p>
        </w:tc>
        <w:tc>
          <w:tcPr>
            <w:tcW w:w="2268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243E7E" w:rsidRPr="00F27726" w:rsidRDefault="00000000">
            <w:pPr>
              <w:jc w:val="center"/>
              <w:rPr>
                <w:rFonts w:ascii="Noto Sans KR" w:eastAsia="Noto Sans KR" w:hAnsi="Noto Sans KR"/>
                <w:sz w:val="20"/>
                <w:szCs w:val="20"/>
              </w:rPr>
            </w:pPr>
            <w:r w:rsidRPr="00F27726">
              <w:rPr>
                <w:rFonts w:ascii="Noto Sans KR" w:eastAsia="Noto Sans KR" w:hAnsi="Noto Sans KR"/>
                <w:color w:val="9E9E9E"/>
                <w:sz w:val="20"/>
                <w:szCs w:val="20"/>
              </w:rPr>
              <w:t>&lt;기관명&gt;</w:t>
            </w:r>
          </w:p>
        </w:tc>
        <w:tc>
          <w:tcPr>
            <w:tcW w:w="2551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243E7E" w:rsidRPr="00F27726" w:rsidRDefault="00000000">
            <w:pPr>
              <w:jc w:val="center"/>
              <w:rPr>
                <w:rFonts w:ascii="Noto Sans KR" w:eastAsia="Noto Sans KR" w:hAnsi="Noto Sans KR"/>
                <w:sz w:val="20"/>
                <w:szCs w:val="20"/>
              </w:rPr>
            </w:pPr>
            <w:r w:rsidRPr="00F27726">
              <w:rPr>
                <w:rFonts w:ascii="Noto Sans KR" w:eastAsia="Noto Sans KR" w:hAnsi="Noto Sans KR"/>
                <w:color w:val="9E9E9E"/>
                <w:sz w:val="20"/>
                <w:szCs w:val="20"/>
              </w:rPr>
              <w:t>&lt;교육·활동명&gt;</w:t>
            </w:r>
          </w:p>
        </w:tc>
        <w:tc>
          <w:tcPr>
            <w:tcW w:w="1361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243E7E" w:rsidRPr="00F27726" w:rsidRDefault="00000000">
            <w:pPr>
              <w:jc w:val="center"/>
              <w:rPr>
                <w:rFonts w:ascii="Noto Sans KR" w:eastAsia="Noto Sans KR" w:hAnsi="Noto Sans KR"/>
                <w:sz w:val="20"/>
                <w:szCs w:val="20"/>
              </w:rPr>
            </w:pPr>
            <w:r w:rsidRPr="00F27726">
              <w:rPr>
                <w:rFonts w:ascii="Noto Sans KR" w:eastAsia="Noto Sans KR" w:hAnsi="Noto Sans KR"/>
                <w:color w:val="9E9E9E"/>
                <w:sz w:val="20"/>
                <w:szCs w:val="20"/>
              </w:rPr>
              <w:t>&lt;시간&gt;</w:t>
            </w:r>
          </w:p>
        </w:tc>
        <w:tc>
          <w:tcPr>
            <w:tcW w:w="2381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243E7E" w:rsidRPr="00F27726" w:rsidRDefault="00000000">
            <w:pPr>
              <w:rPr>
                <w:rFonts w:ascii="Noto Sans KR" w:eastAsia="Noto Sans KR" w:hAnsi="Noto Sans KR"/>
                <w:sz w:val="20"/>
                <w:szCs w:val="20"/>
              </w:rPr>
            </w:pPr>
            <w:r w:rsidRPr="00F27726">
              <w:rPr>
                <w:rFonts w:ascii="Noto Sans KR" w:eastAsia="Noto Sans KR" w:hAnsi="Noto Sans KR"/>
                <w:color w:val="9E9E9E"/>
                <w:sz w:val="20"/>
                <w:szCs w:val="20"/>
              </w:rPr>
              <w:t>&lt;직무 연관 내용과 성과&gt;</w:t>
            </w:r>
          </w:p>
        </w:tc>
      </w:tr>
      <w:tr w:rsidR="00243E7E" w:rsidRPr="00F27726">
        <w:trPr>
          <w:cantSplit/>
          <w:trHeight w:val="680"/>
          <w:jc w:val="center"/>
        </w:trPr>
        <w:tc>
          <w:tcPr>
            <w:tcW w:w="1757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243E7E" w:rsidRPr="00F27726" w:rsidRDefault="00000000">
            <w:pPr>
              <w:jc w:val="center"/>
              <w:rPr>
                <w:rFonts w:ascii="Noto Sans KR" w:eastAsia="Noto Sans KR" w:hAnsi="Noto Sans KR"/>
                <w:sz w:val="20"/>
                <w:szCs w:val="20"/>
              </w:rPr>
            </w:pPr>
            <w:r w:rsidRPr="00F27726">
              <w:rPr>
                <w:rFonts w:ascii="Noto Sans KR" w:eastAsia="Noto Sans KR" w:hAnsi="Noto Sans KR"/>
                <w:color w:val="9E9E9E"/>
                <w:sz w:val="20"/>
                <w:szCs w:val="20"/>
              </w:rPr>
              <w:t>YYYY.MM ~ YYYY.MM</w:t>
            </w:r>
          </w:p>
        </w:tc>
        <w:tc>
          <w:tcPr>
            <w:tcW w:w="2268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243E7E" w:rsidRPr="00F27726" w:rsidRDefault="00000000">
            <w:pPr>
              <w:jc w:val="center"/>
              <w:rPr>
                <w:rFonts w:ascii="Noto Sans KR" w:eastAsia="Noto Sans KR" w:hAnsi="Noto Sans KR"/>
                <w:sz w:val="20"/>
                <w:szCs w:val="20"/>
              </w:rPr>
            </w:pPr>
            <w:r w:rsidRPr="00F27726">
              <w:rPr>
                <w:rFonts w:ascii="Noto Sans KR" w:eastAsia="Noto Sans KR" w:hAnsi="Noto Sans KR"/>
                <w:color w:val="9E9E9E"/>
                <w:sz w:val="20"/>
                <w:szCs w:val="20"/>
              </w:rPr>
              <w:t>&lt;기관명&gt;</w:t>
            </w:r>
          </w:p>
        </w:tc>
        <w:tc>
          <w:tcPr>
            <w:tcW w:w="2551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243E7E" w:rsidRPr="00F27726" w:rsidRDefault="00000000">
            <w:pPr>
              <w:jc w:val="center"/>
              <w:rPr>
                <w:rFonts w:ascii="Noto Sans KR" w:eastAsia="Noto Sans KR" w:hAnsi="Noto Sans KR"/>
                <w:sz w:val="20"/>
                <w:szCs w:val="20"/>
              </w:rPr>
            </w:pPr>
            <w:r w:rsidRPr="00F27726">
              <w:rPr>
                <w:rFonts w:ascii="Noto Sans KR" w:eastAsia="Noto Sans KR" w:hAnsi="Noto Sans KR"/>
                <w:color w:val="9E9E9E"/>
                <w:sz w:val="20"/>
                <w:szCs w:val="20"/>
              </w:rPr>
              <w:t>&lt;교육·활동명&gt;</w:t>
            </w:r>
          </w:p>
        </w:tc>
        <w:tc>
          <w:tcPr>
            <w:tcW w:w="1361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243E7E" w:rsidRPr="00F27726" w:rsidRDefault="00000000">
            <w:pPr>
              <w:jc w:val="center"/>
              <w:rPr>
                <w:rFonts w:ascii="Noto Sans KR" w:eastAsia="Noto Sans KR" w:hAnsi="Noto Sans KR"/>
                <w:sz w:val="20"/>
                <w:szCs w:val="20"/>
              </w:rPr>
            </w:pPr>
            <w:r w:rsidRPr="00F27726">
              <w:rPr>
                <w:rFonts w:ascii="Noto Sans KR" w:eastAsia="Noto Sans KR" w:hAnsi="Noto Sans KR"/>
                <w:color w:val="9E9E9E"/>
                <w:sz w:val="20"/>
                <w:szCs w:val="20"/>
              </w:rPr>
              <w:t>&lt;시간&gt;</w:t>
            </w:r>
          </w:p>
        </w:tc>
        <w:tc>
          <w:tcPr>
            <w:tcW w:w="2381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243E7E" w:rsidRPr="00F27726" w:rsidRDefault="00000000">
            <w:pPr>
              <w:rPr>
                <w:rFonts w:ascii="Noto Sans KR" w:eastAsia="Noto Sans KR" w:hAnsi="Noto Sans KR"/>
                <w:sz w:val="20"/>
                <w:szCs w:val="20"/>
              </w:rPr>
            </w:pPr>
            <w:r w:rsidRPr="00F27726">
              <w:rPr>
                <w:rFonts w:ascii="Noto Sans KR" w:eastAsia="Noto Sans KR" w:hAnsi="Noto Sans KR"/>
                <w:color w:val="9E9E9E"/>
                <w:sz w:val="20"/>
                <w:szCs w:val="20"/>
              </w:rPr>
              <w:t>&lt;직무 연관 내용과 성과&gt;</w:t>
            </w:r>
          </w:p>
        </w:tc>
      </w:tr>
      <w:tr w:rsidR="00243E7E" w:rsidRPr="00F27726">
        <w:trPr>
          <w:cantSplit/>
          <w:trHeight w:val="680"/>
          <w:jc w:val="center"/>
        </w:trPr>
        <w:tc>
          <w:tcPr>
            <w:tcW w:w="1757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243E7E" w:rsidRPr="00F27726" w:rsidRDefault="00000000">
            <w:pPr>
              <w:jc w:val="center"/>
              <w:rPr>
                <w:rFonts w:ascii="Noto Sans KR" w:eastAsia="Noto Sans KR" w:hAnsi="Noto Sans KR"/>
                <w:sz w:val="20"/>
                <w:szCs w:val="20"/>
              </w:rPr>
            </w:pPr>
            <w:r w:rsidRPr="00F27726">
              <w:rPr>
                <w:rFonts w:ascii="Noto Sans KR" w:eastAsia="Noto Sans KR" w:hAnsi="Noto Sans KR"/>
                <w:color w:val="9E9E9E"/>
                <w:sz w:val="20"/>
                <w:szCs w:val="20"/>
              </w:rPr>
              <w:t>YYYY.MM ~ YYYY.MM</w:t>
            </w:r>
          </w:p>
        </w:tc>
        <w:tc>
          <w:tcPr>
            <w:tcW w:w="2268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243E7E" w:rsidRPr="00F27726" w:rsidRDefault="00000000">
            <w:pPr>
              <w:jc w:val="center"/>
              <w:rPr>
                <w:rFonts w:ascii="Noto Sans KR" w:eastAsia="Noto Sans KR" w:hAnsi="Noto Sans KR"/>
                <w:sz w:val="20"/>
                <w:szCs w:val="20"/>
              </w:rPr>
            </w:pPr>
            <w:r w:rsidRPr="00F27726">
              <w:rPr>
                <w:rFonts w:ascii="Noto Sans KR" w:eastAsia="Noto Sans KR" w:hAnsi="Noto Sans KR"/>
                <w:color w:val="9E9E9E"/>
                <w:sz w:val="20"/>
                <w:szCs w:val="20"/>
              </w:rPr>
              <w:t>&lt;기관명&gt;</w:t>
            </w:r>
          </w:p>
        </w:tc>
        <w:tc>
          <w:tcPr>
            <w:tcW w:w="2551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243E7E" w:rsidRPr="00F27726" w:rsidRDefault="00000000">
            <w:pPr>
              <w:jc w:val="center"/>
              <w:rPr>
                <w:rFonts w:ascii="Noto Sans KR" w:eastAsia="Noto Sans KR" w:hAnsi="Noto Sans KR"/>
                <w:sz w:val="20"/>
                <w:szCs w:val="20"/>
              </w:rPr>
            </w:pPr>
            <w:r w:rsidRPr="00F27726">
              <w:rPr>
                <w:rFonts w:ascii="Noto Sans KR" w:eastAsia="Noto Sans KR" w:hAnsi="Noto Sans KR"/>
                <w:color w:val="9E9E9E"/>
                <w:sz w:val="20"/>
                <w:szCs w:val="20"/>
              </w:rPr>
              <w:t>&lt;교육·활동명&gt;</w:t>
            </w:r>
          </w:p>
        </w:tc>
        <w:tc>
          <w:tcPr>
            <w:tcW w:w="1361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243E7E" w:rsidRPr="00F27726" w:rsidRDefault="00000000">
            <w:pPr>
              <w:jc w:val="center"/>
              <w:rPr>
                <w:rFonts w:ascii="Noto Sans KR" w:eastAsia="Noto Sans KR" w:hAnsi="Noto Sans KR"/>
                <w:sz w:val="20"/>
                <w:szCs w:val="20"/>
              </w:rPr>
            </w:pPr>
            <w:r w:rsidRPr="00F27726">
              <w:rPr>
                <w:rFonts w:ascii="Noto Sans KR" w:eastAsia="Noto Sans KR" w:hAnsi="Noto Sans KR"/>
                <w:color w:val="9E9E9E"/>
                <w:sz w:val="20"/>
                <w:szCs w:val="20"/>
              </w:rPr>
              <w:t>&lt;시간&gt;</w:t>
            </w:r>
          </w:p>
        </w:tc>
        <w:tc>
          <w:tcPr>
            <w:tcW w:w="2381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243E7E" w:rsidRPr="00F27726" w:rsidRDefault="00000000">
            <w:pPr>
              <w:rPr>
                <w:rFonts w:ascii="Noto Sans KR" w:eastAsia="Noto Sans KR" w:hAnsi="Noto Sans KR"/>
                <w:sz w:val="20"/>
                <w:szCs w:val="20"/>
              </w:rPr>
            </w:pPr>
            <w:r w:rsidRPr="00F27726">
              <w:rPr>
                <w:rFonts w:ascii="Noto Sans KR" w:eastAsia="Noto Sans KR" w:hAnsi="Noto Sans KR"/>
                <w:color w:val="9E9E9E"/>
                <w:sz w:val="20"/>
                <w:szCs w:val="20"/>
              </w:rPr>
              <w:t>&lt;직무 연관 내용과 성과&gt;</w:t>
            </w:r>
          </w:p>
        </w:tc>
      </w:tr>
    </w:tbl>
    <w:p w:rsidR="00243E7E" w:rsidRPr="00A02A8A" w:rsidRDefault="00243E7E">
      <w:pPr>
        <w:spacing w:after="40"/>
        <w:rPr>
          <w:rFonts w:ascii="Noto Sans KR" w:eastAsia="Noto Sans KR" w:hAnsi="Noto Sans KR"/>
          <w:sz w:val="8"/>
          <w:szCs w:val="8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701"/>
        <w:gridCol w:w="8951"/>
      </w:tblGrid>
      <w:tr w:rsidR="00243E7E" w:rsidRPr="00F27726" w:rsidTr="001325C4">
        <w:trPr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08200"/>
            <w:tcMar>
              <w:top w:w="85" w:type="dxa"/>
              <w:left w:w="100" w:type="dxa"/>
              <w:bottom w:w="85" w:type="dxa"/>
              <w:right w:w="100" w:type="dxa"/>
            </w:tcMar>
            <w:vAlign w:val="center"/>
          </w:tcPr>
          <w:p w:rsidR="00243E7E" w:rsidRPr="00F27726" w:rsidRDefault="00000000">
            <w:pPr>
              <w:jc w:val="center"/>
              <w:rPr>
                <w:rFonts w:ascii="Noto Sans KR" w:eastAsia="Noto Sans KR" w:hAnsi="Noto Sans KR"/>
                <w:sz w:val="20"/>
                <w:szCs w:val="20"/>
              </w:rPr>
            </w:pPr>
            <w:r w:rsidRPr="00F27726">
              <w:rPr>
                <w:rFonts w:ascii="Noto Sans KR" w:eastAsia="Noto Sans KR" w:hAnsi="Noto Sans KR"/>
                <w:b/>
                <w:color w:val="000000"/>
                <w:sz w:val="20"/>
                <w:szCs w:val="20"/>
              </w:rPr>
              <w:t>7</w:t>
            </w:r>
          </w:p>
        </w:tc>
        <w:tc>
          <w:tcPr>
            <w:tcW w:w="8951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tcMar>
              <w:top w:w="85" w:type="dxa"/>
              <w:left w:w="100" w:type="dxa"/>
              <w:bottom w:w="85" w:type="dxa"/>
              <w:right w:w="100" w:type="dxa"/>
            </w:tcMar>
            <w:vAlign w:val="center"/>
          </w:tcPr>
          <w:p w:rsidR="00243E7E" w:rsidRPr="00F27726" w:rsidRDefault="00000000">
            <w:pPr>
              <w:rPr>
                <w:rFonts w:ascii="Noto Sans KR" w:eastAsia="Noto Sans KR" w:hAnsi="Noto Sans KR"/>
                <w:sz w:val="20"/>
                <w:szCs w:val="20"/>
              </w:rPr>
            </w:pPr>
            <w:r w:rsidRPr="00F27726">
              <w:rPr>
                <w:rFonts w:ascii="Noto Sans KR" w:eastAsia="Noto Sans KR" w:hAnsi="Noto Sans KR"/>
                <w:b/>
                <w:color w:val="FFFFFF"/>
                <w:sz w:val="20"/>
                <w:szCs w:val="20"/>
              </w:rPr>
              <w:t>자기소개서</w:t>
            </w:r>
          </w:p>
        </w:tc>
      </w:tr>
    </w:tbl>
    <w:p w:rsidR="00243E7E" w:rsidRPr="00F27726" w:rsidRDefault="00000000">
      <w:pPr>
        <w:spacing w:before="40" w:after="80"/>
        <w:rPr>
          <w:rFonts w:ascii="Noto Sans KR" w:eastAsia="Noto Sans KR" w:hAnsi="Noto Sans KR"/>
          <w:sz w:val="20"/>
          <w:szCs w:val="20"/>
          <w:lang w:eastAsia="ko-KR"/>
        </w:rPr>
      </w:pPr>
      <w:r w:rsidRPr="00F27726">
        <w:rPr>
          <w:rFonts w:ascii="Noto Sans KR" w:eastAsia="Noto Sans KR" w:hAnsi="Noto Sans KR"/>
          <w:color w:val="666666"/>
          <w:sz w:val="20"/>
          <w:szCs w:val="20"/>
          <w:lang w:eastAsia="ko-KR"/>
        </w:rPr>
        <w:t>※ 각 문항은 지원 직무와의 연관성을 바탕으로 구체적인 상황, 본인의 역할, 실행 내용 및 결과가 드러나도록 작성합니다.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318"/>
      </w:tblGrid>
      <w:tr w:rsidR="00243E7E" w:rsidRPr="00F27726">
        <w:trPr>
          <w:cantSplit/>
          <w:jc w:val="center"/>
        </w:trPr>
        <w:tc>
          <w:tcPr>
            <w:tcW w:w="10318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shd w:val="clear" w:color="auto" w:fill="F2F2F2"/>
            <w:tcMar>
              <w:top w:w="70" w:type="dxa"/>
              <w:left w:w="80" w:type="dxa"/>
              <w:bottom w:w="70" w:type="dxa"/>
              <w:right w:w="80" w:type="dxa"/>
            </w:tcMar>
          </w:tcPr>
          <w:p w:rsidR="00243E7E" w:rsidRPr="00F27726" w:rsidRDefault="00000000">
            <w:pPr>
              <w:rPr>
                <w:rFonts w:ascii="Noto Sans KR" w:eastAsia="Noto Sans KR" w:hAnsi="Noto Sans KR"/>
                <w:sz w:val="20"/>
                <w:szCs w:val="20"/>
              </w:rPr>
            </w:pPr>
            <w:r w:rsidRPr="00F27726">
              <w:rPr>
                <w:rFonts w:ascii="Noto Sans KR" w:eastAsia="Noto Sans KR" w:hAnsi="Noto Sans KR"/>
                <w:b/>
                <w:color w:val="1A1A1A"/>
                <w:sz w:val="20"/>
                <w:szCs w:val="20"/>
                <w:lang w:eastAsia="ko-KR"/>
              </w:rPr>
              <w:t>1. KSNET과 지원 직무를 선택한 이유 및 지원 동기를 작성해 주십시오.</w:t>
            </w:r>
            <w:r w:rsidRPr="00F27726">
              <w:rPr>
                <w:rFonts w:ascii="Noto Sans KR" w:eastAsia="Noto Sans KR" w:hAnsi="Noto Sans KR"/>
                <w:color w:val="666666"/>
                <w:sz w:val="20"/>
                <w:szCs w:val="20"/>
                <w:lang w:eastAsia="ko-KR"/>
              </w:rPr>
              <w:t xml:space="preserve">  </w:t>
            </w:r>
            <w:r w:rsidRPr="00F27726">
              <w:rPr>
                <w:rFonts w:ascii="Noto Sans KR" w:eastAsia="Noto Sans KR" w:hAnsi="Noto Sans KR"/>
                <w:color w:val="666666"/>
                <w:sz w:val="20"/>
                <w:szCs w:val="20"/>
              </w:rPr>
              <w:t xml:space="preserve">(700자 </w:t>
            </w:r>
            <w:proofErr w:type="spellStart"/>
            <w:r w:rsidRPr="00F27726">
              <w:rPr>
                <w:rFonts w:ascii="Noto Sans KR" w:eastAsia="Noto Sans KR" w:hAnsi="Noto Sans KR"/>
                <w:color w:val="666666"/>
                <w:sz w:val="20"/>
                <w:szCs w:val="20"/>
              </w:rPr>
              <w:t>이내</w:t>
            </w:r>
            <w:proofErr w:type="spellEnd"/>
            <w:r w:rsidRPr="00F27726">
              <w:rPr>
                <w:rFonts w:ascii="Noto Sans KR" w:eastAsia="Noto Sans KR" w:hAnsi="Noto Sans KR"/>
                <w:color w:val="666666"/>
                <w:sz w:val="20"/>
                <w:szCs w:val="20"/>
              </w:rPr>
              <w:t>)</w:t>
            </w:r>
          </w:p>
        </w:tc>
      </w:tr>
      <w:tr w:rsidR="00243E7E" w:rsidRPr="00F27726">
        <w:trPr>
          <w:cantSplit/>
          <w:trHeight w:hRule="exact" w:val="3061"/>
          <w:jc w:val="center"/>
        </w:trPr>
        <w:tc>
          <w:tcPr>
            <w:tcW w:w="10318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243E7E" w:rsidRPr="00F27726" w:rsidRDefault="00000000">
            <w:pPr>
              <w:rPr>
                <w:rFonts w:ascii="Noto Sans KR" w:eastAsia="Noto Sans KR" w:hAnsi="Noto Sans KR"/>
                <w:sz w:val="20"/>
                <w:szCs w:val="20"/>
              </w:rPr>
            </w:pPr>
            <w:r w:rsidRPr="00F27726">
              <w:rPr>
                <w:rFonts w:ascii="Noto Sans KR" w:eastAsia="Noto Sans KR" w:hAnsi="Noto Sans KR"/>
                <w:color w:val="9E9E9E"/>
                <w:sz w:val="20"/>
                <w:szCs w:val="20"/>
              </w:rPr>
              <w:t>&lt;700자 이내로 작성&gt;</w:t>
            </w:r>
          </w:p>
        </w:tc>
      </w:tr>
    </w:tbl>
    <w:p w:rsidR="00243E7E" w:rsidRPr="00A02A8A" w:rsidRDefault="00243E7E">
      <w:pPr>
        <w:spacing w:after="40"/>
        <w:rPr>
          <w:rFonts w:ascii="Noto Sans KR" w:eastAsia="Noto Sans KR" w:hAnsi="Noto Sans KR"/>
          <w:sz w:val="8"/>
          <w:szCs w:val="8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318"/>
      </w:tblGrid>
      <w:tr w:rsidR="00243E7E" w:rsidRPr="00F27726">
        <w:trPr>
          <w:cantSplit/>
          <w:jc w:val="center"/>
        </w:trPr>
        <w:tc>
          <w:tcPr>
            <w:tcW w:w="10318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shd w:val="clear" w:color="auto" w:fill="F2F2F2"/>
            <w:tcMar>
              <w:top w:w="70" w:type="dxa"/>
              <w:left w:w="80" w:type="dxa"/>
              <w:bottom w:w="70" w:type="dxa"/>
              <w:right w:w="80" w:type="dxa"/>
            </w:tcMar>
          </w:tcPr>
          <w:p w:rsidR="00243E7E" w:rsidRPr="00F27726" w:rsidRDefault="00000000">
            <w:pPr>
              <w:rPr>
                <w:rFonts w:ascii="Noto Sans KR" w:eastAsia="Noto Sans KR" w:hAnsi="Noto Sans KR"/>
                <w:sz w:val="20"/>
                <w:szCs w:val="20"/>
              </w:rPr>
            </w:pPr>
            <w:r w:rsidRPr="00F27726">
              <w:rPr>
                <w:rFonts w:ascii="Noto Sans KR" w:eastAsia="Noto Sans KR" w:hAnsi="Noto Sans KR"/>
                <w:b/>
                <w:color w:val="1A1A1A"/>
                <w:sz w:val="20"/>
                <w:szCs w:val="20"/>
                <w:lang w:eastAsia="ko-KR"/>
              </w:rPr>
              <w:t>2. 지원 직무에 필요한 핵심 역량과 해당 역량을 발휘한 경험을 작성해 주십시오.</w:t>
            </w:r>
            <w:r w:rsidRPr="00F27726">
              <w:rPr>
                <w:rFonts w:ascii="Noto Sans KR" w:eastAsia="Noto Sans KR" w:hAnsi="Noto Sans KR"/>
                <w:color w:val="666666"/>
                <w:sz w:val="20"/>
                <w:szCs w:val="20"/>
                <w:lang w:eastAsia="ko-KR"/>
              </w:rPr>
              <w:t xml:space="preserve">  </w:t>
            </w:r>
            <w:r w:rsidRPr="00F27726">
              <w:rPr>
                <w:rFonts w:ascii="Noto Sans KR" w:eastAsia="Noto Sans KR" w:hAnsi="Noto Sans KR"/>
                <w:color w:val="666666"/>
                <w:sz w:val="20"/>
                <w:szCs w:val="20"/>
              </w:rPr>
              <w:t xml:space="preserve">(700자 </w:t>
            </w:r>
            <w:proofErr w:type="spellStart"/>
            <w:r w:rsidRPr="00F27726">
              <w:rPr>
                <w:rFonts w:ascii="Noto Sans KR" w:eastAsia="Noto Sans KR" w:hAnsi="Noto Sans KR"/>
                <w:color w:val="666666"/>
                <w:sz w:val="20"/>
                <w:szCs w:val="20"/>
              </w:rPr>
              <w:t>이내</w:t>
            </w:r>
            <w:proofErr w:type="spellEnd"/>
            <w:r w:rsidRPr="00F27726">
              <w:rPr>
                <w:rFonts w:ascii="Noto Sans KR" w:eastAsia="Noto Sans KR" w:hAnsi="Noto Sans KR"/>
                <w:color w:val="666666"/>
                <w:sz w:val="20"/>
                <w:szCs w:val="20"/>
              </w:rPr>
              <w:t>)</w:t>
            </w:r>
          </w:p>
        </w:tc>
      </w:tr>
      <w:tr w:rsidR="00243E7E" w:rsidRPr="00F27726">
        <w:trPr>
          <w:cantSplit/>
          <w:trHeight w:hRule="exact" w:val="3061"/>
          <w:jc w:val="center"/>
        </w:trPr>
        <w:tc>
          <w:tcPr>
            <w:tcW w:w="10318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243E7E" w:rsidRPr="00F27726" w:rsidRDefault="00000000">
            <w:pPr>
              <w:rPr>
                <w:rFonts w:ascii="Noto Sans KR" w:eastAsia="Noto Sans KR" w:hAnsi="Noto Sans KR"/>
                <w:sz w:val="20"/>
                <w:szCs w:val="20"/>
              </w:rPr>
            </w:pPr>
            <w:r w:rsidRPr="00F27726">
              <w:rPr>
                <w:rFonts w:ascii="Noto Sans KR" w:eastAsia="Noto Sans KR" w:hAnsi="Noto Sans KR"/>
                <w:color w:val="9E9E9E"/>
                <w:sz w:val="20"/>
                <w:szCs w:val="20"/>
              </w:rPr>
              <w:t>&lt;700자 이내로 작성&gt;</w:t>
            </w:r>
          </w:p>
        </w:tc>
      </w:tr>
    </w:tbl>
    <w:p w:rsidR="00243E7E" w:rsidRPr="00F27726" w:rsidRDefault="00243E7E">
      <w:pPr>
        <w:spacing w:after="40"/>
        <w:rPr>
          <w:rFonts w:ascii="Noto Sans KR" w:eastAsia="Noto Sans KR" w:hAnsi="Noto Sans KR"/>
          <w:sz w:val="20"/>
          <w:szCs w:val="20"/>
        </w:rPr>
      </w:pPr>
    </w:p>
    <w:p w:rsidR="00243E7E" w:rsidRPr="00F27726" w:rsidRDefault="00000000">
      <w:pPr>
        <w:rPr>
          <w:rFonts w:ascii="Noto Sans KR" w:eastAsia="Noto Sans KR" w:hAnsi="Noto Sans KR"/>
          <w:sz w:val="20"/>
          <w:szCs w:val="20"/>
        </w:rPr>
      </w:pPr>
      <w:r w:rsidRPr="00F27726">
        <w:rPr>
          <w:rFonts w:ascii="Noto Sans KR" w:eastAsia="Noto Sans KR" w:hAnsi="Noto Sans KR"/>
          <w:sz w:val="20"/>
          <w:szCs w:val="20"/>
        </w:rPr>
        <w:br w:type="page"/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701"/>
        <w:gridCol w:w="8951"/>
      </w:tblGrid>
      <w:tr w:rsidR="00243E7E" w:rsidRPr="00F27726" w:rsidTr="001325C4">
        <w:trPr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08200"/>
            <w:tcMar>
              <w:top w:w="85" w:type="dxa"/>
              <w:left w:w="100" w:type="dxa"/>
              <w:bottom w:w="85" w:type="dxa"/>
              <w:right w:w="100" w:type="dxa"/>
            </w:tcMar>
            <w:vAlign w:val="center"/>
          </w:tcPr>
          <w:p w:rsidR="00243E7E" w:rsidRPr="00F27726" w:rsidRDefault="00000000">
            <w:pPr>
              <w:jc w:val="center"/>
              <w:rPr>
                <w:rFonts w:ascii="Noto Sans KR" w:eastAsia="Noto Sans KR" w:hAnsi="Noto Sans KR"/>
                <w:sz w:val="20"/>
                <w:szCs w:val="20"/>
              </w:rPr>
            </w:pPr>
            <w:r w:rsidRPr="00F27726">
              <w:rPr>
                <w:rFonts w:ascii="Noto Sans KR" w:eastAsia="Noto Sans KR" w:hAnsi="Noto Sans KR"/>
                <w:b/>
                <w:color w:val="000000"/>
                <w:sz w:val="20"/>
                <w:szCs w:val="20"/>
              </w:rPr>
              <w:lastRenderedPageBreak/>
              <w:t>7</w:t>
            </w:r>
          </w:p>
        </w:tc>
        <w:tc>
          <w:tcPr>
            <w:tcW w:w="8951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tcMar>
              <w:top w:w="85" w:type="dxa"/>
              <w:left w:w="100" w:type="dxa"/>
              <w:bottom w:w="85" w:type="dxa"/>
              <w:right w:w="100" w:type="dxa"/>
            </w:tcMar>
            <w:vAlign w:val="center"/>
          </w:tcPr>
          <w:p w:rsidR="00243E7E" w:rsidRPr="00F27726" w:rsidRDefault="00000000">
            <w:pPr>
              <w:rPr>
                <w:rFonts w:ascii="Noto Sans KR" w:eastAsia="Noto Sans KR" w:hAnsi="Noto Sans KR"/>
                <w:sz w:val="20"/>
                <w:szCs w:val="20"/>
              </w:rPr>
            </w:pPr>
            <w:r w:rsidRPr="00F27726">
              <w:rPr>
                <w:rFonts w:ascii="Noto Sans KR" w:eastAsia="Noto Sans KR" w:hAnsi="Noto Sans KR"/>
                <w:b/>
                <w:color w:val="FFFFFF"/>
                <w:sz w:val="20"/>
                <w:szCs w:val="20"/>
              </w:rPr>
              <w:t>자기소개서 (계속)</w:t>
            </w:r>
          </w:p>
        </w:tc>
      </w:tr>
    </w:tbl>
    <w:p w:rsidR="00243E7E" w:rsidRPr="00A02A8A" w:rsidRDefault="00243E7E">
      <w:pPr>
        <w:spacing w:after="40"/>
        <w:rPr>
          <w:rFonts w:ascii="Noto Sans KR" w:eastAsia="Noto Sans KR" w:hAnsi="Noto Sans KR"/>
          <w:sz w:val="8"/>
          <w:szCs w:val="8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318"/>
      </w:tblGrid>
      <w:tr w:rsidR="00243E7E" w:rsidRPr="00F27726">
        <w:trPr>
          <w:cantSplit/>
          <w:jc w:val="center"/>
        </w:trPr>
        <w:tc>
          <w:tcPr>
            <w:tcW w:w="10318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shd w:val="clear" w:color="auto" w:fill="F2F2F2"/>
            <w:tcMar>
              <w:top w:w="70" w:type="dxa"/>
              <w:left w:w="80" w:type="dxa"/>
              <w:bottom w:w="70" w:type="dxa"/>
              <w:right w:w="80" w:type="dxa"/>
            </w:tcMar>
          </w:tcPr>
          <w:p w:rsidR="00243E7E" w:rsidRPr="00F27726" w:rsidRDefault="00000000">
            <w:pPr>
              <w:rPr>
                <w:rFonts w:ascii="Noto Sans KR" w:eastAsia="Noto Sans KR" w:hAnsi="Noto Sans KR"/>
                <w:sz w:val="20"/>
                <w:szCs w:val="20"/>
                <w:lang w:eastAsia="ko-KR"/>
              </w:rPr>
            </w:pPr>
            <w:r w:rsidRPr="00F27726">
              <w:rPr>
                <w:rFonts w:ascii="Noto Sans KR" w:eastAsia="Noto Sans KR" w:hAnsi="Noto Sans KR"/>
                <w:b/>
                <w:color w:val="1A1A1A"/>
                <w:sz w:val="20"/>
                <w:szCs w:val="20"/>
                <w:lang w:eastAsia="ko-KR"/>
              </w:rPr>
              <w:t>3. 업무 또는 프로젝트에서 문제를 해결하거나 개선한 경험을 작성해 주십시오.</w:t>
            </w:r>
            <w:r w:rsidRPr="00F27726">
              <w:rPr>
                <w:rFonts w:ascii="Noto Sans KR" w:eastAsia="Noto Sans KR" w:hAnsi="Noto Sans KR"/>
                <w:color w:val="666666"/>
                <w:sz w:val="20"/>
                <w:szCs w:val="20"/>
                <w:lang w:eastAsia="ko-KR"/>
              </w:rPr>
              <w:t xml:space="preserve">  (문제 상황·역할·실행·성과 </w:t>
            </w:r>
            <w:proofErr w:type="gramStart"/>
            <w:r w:rsidRPr="00F27726">
              <w:rPr>
                <w:rFonts w:ascii="Noto Sans KR" w:eastAsia="Noto Sans KR" w:hAnsi="Noto Sans KR"/>
                <w:color w:val="666666"/>
                <w:sz w:val="20"/>
                <w:szCs w:val="20"/>
                <w:lang w:eastAsia="ko-KR"/>
              </w:rPr>
              <w:t>포함 /</w:t>
            </w:r>
            <w:proofErr w:type="gramEnd"/>
            <w:r w:rsidRPr="00F27726">
              <w:rPr>
                <w:rFonts w:ascii="Noto Sans KR" w:eastAsia="Noto Sans KR" w:hAnsi="Noto Sans KR"/>
                <w:color w:val="666666"/>
                <w:sz w:val="20"/>
                <w:szCs w:val="20"/>
                <w:lang w:eastAsia="ko-KR"/>
              </w:rPr>
              <w:t xml:space="preserve"> 700자 이내)</w:t>
            </w:r>
          </w:p>
        </w:tc>
      </w:tr>
      <w:tr w:rsidR="00243E7E" w:rsidRPr="00F27726">
        <w:trPr>
          <w:cantSplit/>
          <w:trHeight w:hRule="exact" w:val="3685"/>
          <w:jc w:val="center"/>
        </w:trPr>
        <w:tc>
          <w:tcPr>
            <w:tcW w:w="10318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243E7E" w:rsidRPr="00F27726" w:rsidRDefault="00000000">
            <w:pPr>
              <w:rPr>
                <w:rFonts w:ascii="Noto Sans KR" w:eastAsia="Noto Sans KR" w:hAnsi="Noto Sans KR"/>
                <w:sz w:val="20"/>
                <w:szCs w:val="20"/>
              </w:rPr>
            </w:pPr>
            <w:r w:rsidRPr="00F27726">
              <w:rPr>
                <w:rFonts w:ascii="Noto Sans KR" w:eastAsia="Noto Sans KR" w:hAnsi="Noto Sans KR"/>
                <w:color w:val="9E9E9E"/>
                <w:sz w:val="20"/>
                <w:szCs w:val="20"/>
              </w:rPr>
              <w:t xml:space="preserve">&lt;700자 </w:t>
            </w:r>
            <w:proofErr w:type="spellStart"/>
            <w:r w:rsidRPr="00F27726">
              <w:rPr>
                <w:rFonts w:ascii="Noto Sans KR" w:eastAsia="Noto Sans KR" w:hAnsi="Noto Sans KR"/>
                <w:color w:val="9E9E9E"/>
                <w:sz w:val="20"/>
                <w:szCs w:val="20"/>
              </w:rPr>
              <w:t>이내로</w:t>
            </w:r>
            <w:proofErr w:type="spellEnd"/>
            <w:r w:rsidRPr="00F27726">
              <w:rPr>
                <w:rFonts w:ascii="Noto Sans KR" w:eastAsia="Noto Sans KR" w:hAnsi="Noto Sans KR"/>
                <w:color w:val="9E9E9E"/>
                <w:sz w:val="20"/>
                <w:szCs w:val="20"/>
              </w:rPr>
              <w:t xml:space="preserve"> </w:t>
            </w:r>
            <w:proofErr w:type="spellStart"/>
            <w:r w:rsidRPr="00F27726">
              <w:rPr>
                <w:rFonts w:ascii="Noto Sans KR" w:eastAsia="Noto Sans KR" w:hAnsi="Noto Sans KR"/>
                <w:color w:val="9E9E9E"/>
                <w:sz w:val="20"/>
                <w:szCs w:val="20"/>
              </w:rPr>
              <w:t>작성</w:t>
            </w:r>
            <w:proofErr w:type="spellEnd"/>
            <w:r w:rsidRPr="00F27726">
              <w:rPr>
                <w:rFonts w:ascii="Noto Sans KR" w:eastAsia="Noto Sans KR" w:hAnsi="Noto Sans KR"/>
                <w:color w:val="9E9E9E"/>
                <w:sz w:val="20"/>
                <w:szCs w:val="20"/>
              </w:rPr>
              <w:t>&gt;</w:t>
            </w:r>
          </w:p>
        </w:tc>
      </w:tr>
    </w:tbl>
    <w:p w:rsidR="00243E7E" w:rsidRPr="00A02A8A" w:rsidRDefault="00243E7E">
      <w:pPr>
        <w:spacing w:after="40"/>
        <w:rPr>
          <w:rFonts w:ascii="Noto Sans KR" w:eastAsia="Noto Sans KR" w:hAnsi="Noto Sans KR"/>
          <w:sz w:val="8"/>
          <w:szCs w:val="8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318"/>
      </w:tblGrid>
      <w:tr w:rsidR="00243E7E" w:rsidRPr="00F27726">
        <w:trPr>
          <w:cantSplit/>
          <w:jc w:val="center"/>
        </w:trPr>
        <w:tc>
          <w:tcPr>
            <w:tcW w:w="10318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shd w:val="clear" w:color="auto" w:fill="F2F2F2"/>
            <w:tcMar>
              <w:top w:w="70" w:type="dxa"/>
              <w:left w:w="80" w:type="dxa"/>
              <w:bottom w:w="70" w:type="dxa"/>
              <w:right w:w="80" w:type="dxa"/>
            </w:tcMar>
          </w:tcPr>
          <w:p w:rsidR="00243E7E" w:rsidRPr="00F27726" w:rsidRDefault="00000000">
            <w:pPr>
              <w:rPr>
                <w:rFonts w:ascii="Noto Sans KR" w:eastAsia="Noto Sans KR" w:hAnsi="Noto Sans KR"/>
                <w:sz w:val="20"/>
                <w:szCs w:val="20"/>
              </w:rPr>
            </w:pPr>
            <w:r w:rsidRPr="00F27726">
              <w:rPr>
                <w:rFonts w:ascii="Noto Sans KR" w:eastAsia="Noto Sans KR" w:hAnsi="Noto Sans KR"/>
                <w:b/>
                <w:color w:val="1A1A1A"/>
                <w:sz w:val="20"/>
                <w:szCs w:val="20"/>
                <w:lang w:eastAsia="ko-KR"/>
              </w:rPr>
              <w:t>4. 입사 후 지원 직무에서 기여하고자 하는 바와 향후 성장계획을 작성해 주십시오.</w:t>
            </w:r>
            <w:r w:rsidRPr="00F27726">
              <w:rPr>
                <w:rFonts w:ascii="Noto Sans KR" w:eastAsia="Noto Sans KR" w:hAnsi="Noto Sans KR"/>
                <w:color w:val="666666"/>
                <w:sz w:val="20"/>
                <w:szCs w:val="20"/>
                <w:lang w:eastAsia="ko-KR"/>
              </w:rPr>
              <w:t xml:space="preserve">  </w:t>
            </w:r>
            <w:r w:rsidRPr="00F27726">
              <w:rPr>
                <w:rFonts w:ascii="Noto Sans KR" w:eastAsia="Noto Sans KR" w:hAnsi="Noto Sans KR"/>
                <w:color w:val="666666"/>
                <w:sz w:val="20"/>
                <w:szCs w:val="20"/>
              </w:rPr>
              <w:t xml:space="preserve">(700자 </w:t>
            </w:r>
            <w:proofErr w:type="spellStart"/>
            <w:r w:rsidRPr="00F27726">
              <w:rPr>
                <w:rFonts w:ascii="Noto Sans KR" w:eastAsia="Noto Sans KR" w:hAnsi="Noto Sans KR"/>
                <w:color w:val="666666"/>
                <w:sz w:val="20"/>
                <w:szCs w:val="20"/>
              </w:rPr>
              <w:t>이내</w:t>
            </w:r>
            <w:proofErr w:type="spellEnd"/>
            <w:r w:rsidRPr="00F27726">
              <w:rPr>
                <w:rFonts w:ascii="Noto Sans KR" w:eastAsia="Noto Sans KR" w:hAnsi="Noto Sans KR"/>
                <w:color w:val="666666"/>
                <w:sz w:val="20"/>
                <w:szCs w:val="20"/>
              </w:rPr>
              <w:t>)</w:t>
            </w:r>
          </w:p>
        </w:tc>
      </w:tr>
      <w:tr w:rsidR="00243E7E" w:rsidRPr="00F27726">
        <w:trPr>
          <w:cantSplit/>
          <w:trHeight w:hRule="exact" w:val="3685"/>
          <w:jc w:val="center"/>
        </w:trPr>
        <w:tc>
          <w:tcPr>
            <w:tcW w:w="10318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243E7E" w:rsidRPr="00F27726" w:rsidRDefault="00000000">
            <w:pPr>
              <w:rPr>
                <w:rFonts w:ascii="Noto Sans KR" w:eastAsia="Noto Sans KR" w:hAnsi="Noto Sans KR"/>
                <w:sz w:val="20"/>
                <w:szCs w:val="20"/>
              </w:rPr>
            </w:pPr>
            <w:r w:rsidRPr="00F27726">
              <w:rPr>
                <w:rFonts w:ascii="Noto Sans KR" w:eastAsia="Noto Sans KR" w:hAnsi="Noto Sans KR"/>
                <w:color w:val="9E9E9E"/>
                <w:sz w:val="20"/>
                <w:szCs w:val="20"/>
              </w:rPr>
              <w:t>&lt;700자 이내로 작성&gt;</w:t>
            </w:r>
          </w:p>
        </w:tc>
      </w:tr>
    </w:tbl>
    <w:p w:rsidR="00243E7E" w:rsidRPr="00F27726" w:rsidRDefault="00243E7E">
      <w:pPr>
        <w:spacing w:after="40"/>
        <w:rPr>
          <w:rFonts w:ascii="Noto Sans KR" w:eastAsia="Noto Sans KR" w:hAnsi="Noto Sans KR"/>
          <w:sz w:val="20"/>
          <w:szCs w:val="20"/>
        </w:rPr>
      </w:pPr>
    </w:p>
    <w:p w:rsidR="00243E7E" w:rsidRPr="00F27726" w:rsidRDefault="00000000">
      <w:pPr>
        <w:rPr>
          <w:rFonts w:ascii="Noto Sans KR" w:eastAsia="Noto Sans KR" w:hAnsi="Noto Sans KR"/>
          <w:sz w:val="20"/>
          <w:szCs w:val="20"/>
        </w:rPr>
      </w:pPr>
      <w:r w:rsidRPr="00F27726">
        <w:rPr>
          <w:rFonts w:ascii="Noto Sans KR" w:eastAsia="Noto Sans KR" w:hAnsi="Noto Sans KR"/>
          <w:sz w:val="20"/>
          <w:szCs w:val="20"/>
        </w:rPr>
        <w:br w:type="page"/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701"/>
        <w:gridCol w:w="8951"/>
      </w:tblGrid>
      <w:tr w:rsidR="00243E7E" w:rsidRPr="00F27726" w:rsidTr="001325C4">
        <w:trPr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08200"/>
            <w:tcMar>
              <w:top w:w="85" w:type="dxa"/>
              <w:left w:w="100" w:type="dxa"/>
              <w:bottom w:w="85" w:type="dxa"/>
              <w:right w:w="100" w:type="dxa"/>
            </w:tcMar>
            <w:vAlign w:val="center"/>
          </w:tcPr>
          <w:p w:rsidR="00243E7E" w:rsidRPr="00F27726" w:rsidRDefault="00000000">
            <w:pPr>
              <w:jc w:val="center"/>
              <w:rPr>
                <w:rFonts w:ascii="Noto Sans KR" w:eastAsia="Noto Sans KR" w:hAnsi="Noto Sans KR"/>
                <w:sz w:val="20"/>
                <w:szCs w:val="20"/>
              </w:rPr>
            </w:pPr>
            <w:r w:rsidRPr="00F27726">
              <w:rPr>
                <w:rFonts w:ascii="Noto Sans KR" w:eastAsia="Noto Sans KR" w:hAnsi="Noto Sans KR"/>
                <w:b/>
                <w:color w:val="000000"/>
                <w:sz w:val="20"/>
                <w:szCs w:val="20"/>
              </w:rPr>
              <w:lastRenderedPageBreak/>
              <w:t>8</w:t>
            </w:r>
          </w:p>
        </w:tc>
        <w:tc>
          <w:tcPr>
            <w:tcW w:w="8951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tcMar>
              <w:top w:w="85" w:type="dxa"/>
              <w:left w:w="100" w:type="dxa"/>
              <w:bottom w:w="85" w:type="dxa"/>
              <w:right w:w="100" w:type="dxa"/>
            </w:tcMar>
            <w:vAlign w:val="center"/>
          </w:tcPr>
          <w:p w:rsidR="00243E7E" w:rsidRPr="00F27726" w:rsidRDefault="00000000">
            <w:pPr>
              <w:rPr>
                <w:rFonts w:ascii="Noto Sans KR" w:eastAsia="Noto Sans KR" w:hAnsi="Noto Sans KR"/>
                <w:sz w:val="20"/>
                <w:szCs w:val="20"/>
              </w:rPr>
            </w:pPr>
            <w:r w:rsidRPr="00F27726">
              <w:rPr>
                <w:rFonts w:ascii="Noto Sans KR" w:eastAsia="Noto Sans KR" w:hAnsi="Noto Sans KR"/>
                <w:b/>
                <w:color w:val="FFFFFF"/>
                <w:sz w:val="20"/>
                <w:szCs w:val="20"/>
              </w:rPr>
              <w:t>경력기술서</w:t>
            </w:r>
          </w:p>
        </w:tc>
      </w:tr>
    </w:tbl>
    <w:p w:rsidR="00243E7E" w:rsidRPr="00F27726" w:rsidRDefault="00000000">
      <w:pPr>
        <w:spacing w:before="40" w:after="80"/>
        <w:rPr>
          <w:rFonts w:ascii="Noto Sans KR" w:eastAsia="Noto Sans KR" w:hAnsi="Noto Sans KR"/>
          <w:sz w:val="20"/>
          <w:szCs w:val="20"/>
          <w:lang w:eastAsia="ko-KR"/>
        </w:rPr>
      </w:pPr>
      <w:r w:rsidRPr="00F27726">
        <w:rPr>
          <w:rFonts w:ascii="Noto Sans KR" w:eastAsia="Noto Sans KR" w:hAnsi="Noto Sans KR"/>
          <w:color w:val="666666"/>
          <w:sz w:val="20"/>
          <w:szCs w:val="20"/>
          <w:lang w:eastAsia="ko-KR"/>
        </w:rPr>
        <w:t>※ 경력 지원자만 작성합니다. 경력이 2개를 초과하면 본 페이지를 복사해 추가합니다.</w:t>
      </w:r>
    </w:p>
    <w:p w:rsidR="00243E7E" w:rsidRPr="00F27726" w:rsidRDefault="00000000">
      <w:pPr>
        <w:spacing w:after="60"/>
        <w:rPr>
          <w:rFonts w:ascii="Noto Sans KR" w:eastAsia="Noto Sans KR" w:hAnsi="Noto Sans KR"/>
          <w:sz w:val="20"/>
          <w:szCs w:val="20"/>
        </w:rPr>
      </w:pPr>
      <w:proofErr w:type="spellStart"/>
      <w:r w:rsidRPr="00F27726">
        <w:rPr>
          <w:rFonts w:ascii="Noto Sans KR" w:eastAsia="Noto Sans KR" w:hAnsi="Noto Sans KR"/>
          <w:b/>
          <w:color w:val="000000"/>
          <w:sz w:val="20"/>
          <w:szCs w:val="20"/>
        </w:rPr>
        <w:t>경력</w:t>
      </w:r>
      <w:proofErr w:type="spellEnd"/>
      <w:r w:rsidRPr="00F27726">
        <w:rPr>
          <w:rFonts w:ascii="Noto Sans KR" w:eastAsia="Noto Sans KR" w:hAnsi="Noto Sans KR"/>
          <w:b/>
          <w:color w:val="000000"/>
          <w:sz w:val="20"/>
          <w:szCs w:val="20"/>
        </w:rPr>
        <w:t xml:space="preserve"> 1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587"/>
        <w:gridCol w:w="3572"/>
        <w:gridCol w:w="1587"/>
        <w:gridCol w:w="3572"/>
      </w:tblGrid>
      <w:tr w:rsidR="00243E7E" w:rsidRPr="00F27726" w:rsidTr="00A02A8A">
        <w:trPr>
          <w:cantSplit/>
          <w:trHeight w:hRule="exact" w:val="624"/>
          <w:jc w:val="center"/>
        </w:trPr>
        <w:tc>
          <w:tcPr>
            <w:tcW w:w="1587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shd w:val="clear" w:color="auto" w:fill="F2F2F2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243E7E" w:rsidRPr="00F27726" w:rsidRDefault="00000000">
            <w:pPr>
              <w:jc w:val="center"/>
              <w:rPr>
                <w:rFonts w:ascii="Noto Sans KR" w:eastAsia="Noto Sans KR" w:hAnsi="Noto Sans KR"/>
                <w:sz w:val="20"/>
                <w:szCs w:val="20"/>
              </w:rPr>
            </w:pPr>
            <w:proofErr w:type="spellStart"/>
            <w:r w:rsidRPr="00F27726">
              <w:rPr>
                <w:rFonts w:ascii="Noto Sans KR" w:eastAsia="Noto Sans KR" w:hAnsi="Noto Sans KR"/>
                <w:b/>
                <w:color w:val="1A1A1A"/>
                <w:sz w:val="20"/>
                <w:szCs w:val="20"/>
              </w:rPr>
              <w:t>회사명</w:t>
            </w:r>
            <w:proofErr w:type="spellEnd"/>
          </w:p>
        </w:tc>
        <w:tc>
          <w:tcPr>
            <w:tcW w:w="3572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243E7E" w:rsidRPr="00F27726" w:rsidRDefault="00000000">
            <w:pPr>
              <w:rPr>
                <w:rFonts w:ascii="Noto Sans KR" w:eastAsia="Noto Sans KR" w:hAnsi="Noto Sans KR"/>
                <w:sz w:val="20"/>
                <w:szCs w:val="20"/>
              </w:rPr>
            </w:pPr>
            <w:r w:rsidRPr="00F27726">
              <w:rPr>
                <w:rFonts w:ascii="Noto Sans KR" w:eastAsia="Noto Sans KR" w:hAnsi="Noto Sans KR"/>
                <w:color w:val="9E9E9E"/>
                <w:sz w:val="20"/>
                <w:szCs w:val="20"/>
              </w:rPr>
              <w:t>&lt;직접 입력&gt;</w:t>
            </w:r>
          </w:p>
        </w:tc>
        <w:tc>
          <w:tcPr>
            <w:tcW w:w="1587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shd w:val="clear" w:color="auto" w:fill="F2F2F2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243E7E" w:rsidRPr="00F27726" w:rsidRDefault="00000000">
            <w:pPr>
              <w:jc w:val="center"/>
              <w:rPr>
                <w:rFonts w:ascii="Noto Sans KR" w:eastAsia="Noto Sans KR" w:hAnsi="Noto Sans KR"/>
                <w:sz w:val="20"/>
                <w:szCs w:val="20"/>
              </w:rPr>
            </w:pPr>
            <w:r w:rsidRPr="00F27726">
              <w:rPr>
                <w:rFonts w:ascii="Noto Sans KR" w:eastAsia="Noto Sans KR" w:hAnsi="Noto Sans KR"/>
                <w:b/>
                <w:color w:val="1A1A1A"/>
                <w:sz w:val="20"/>
                <w:szCs w:val="20"/>
              </w:rPr>
              <w:t>근무기간</w:t>
            </w:r>
          </w:p>
        </w:tc>
        <w:tc>
          <w:tcPr>
            <w:tcW w:w="3572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243E7E" w:rsidRPr="00F27726" w:rsidRDefault="00000000">
            <w:pPr>
              <w:rPr>
                <w:rFonts w:ascii="Noto Sans KR" w:eastAsia="Noto Sans KR" w:hAnsi="Noto Sans KR"/>
                <w:sz w:val="20"/>
                <w:szCs w:val="20"/>
              </w:rPr>
            </w:pPr>
            <w:r w:rsidRPr="00F27726">
              <w:rPr>
                <w:rFonts w:ascii="Noto Sans KR" w:eastAsia="Noto Sans KR" w:hAnsi="Noto Sans KR"/>
                <w:color w:val="9E9E9E"/>
                <w:sz w:val="20"/>
                <w:szCs w:val="20"/>
              </w:rPr>
              <w:t>YYYY.MM ~ YYYY.MM</w:t>
            </w:r>
          </w:p>
        </w:tc>
      </w:tr>
      <w:tr w:rsidR="00243E7E" w:rsidRPr="00F27726" w:rsidTr="00A02A8A">
        <w:trPr>
          <w:cantSplit/>
          <w:trHeight w:hRule="exact" w:val="624"/>
          <w:jc w:val="center"/>
        </w:trPr>
        <w:tc>
          <w:tcPr>
            <w:tcW w:w="1587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shd w:val="clear" w:color="auto" w:fill="F2F2F2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243E7E" w:rsidRPr="00F27726" w:rsidRDefault="00000000">
            <w:pPr>
              <w:jc w:val="center"/>
              <w:rPr>
                <w:rFonts w:ascii="Noto Sans KR" w:eastAsia="Noto Sans KR" w:hAnsi="Noto Sans KR"/>
                <w:sz w:val="20"/>
                <w:szCs w:val="20"/>
                <w:lang w:eastAsia="ko-KR"/>
              </w:rPr>
            </w:pPr>
            <w:proofErr w:type="spellStart"/>
            <w:r w:rsidRPr="00F27726">
              <w:rPr>
                <w:rFonts w:ascii="Noto Sans KR" w:eastAsia="Noto Sans KR" w:hAnsi="Noto Sans KR"/>
                <w:b/>
                <w:color w:val="1A1A1A"/>
                <w:sz w:val="20"/>
                <w:szCs w:val="20"/>
              </w:rPr>
              <w:t>소속부서</w:t>
            </w:r>
            <w:proofErr w:type="spellEnd"/>
            <w:r w:rsidR="00A02A8A">
              <w:rPr>
                <w:rFonts w:ascii="Noto Sans KR" w:eastAsia="Noto Sans KR" w:hAnsi="Noto Sans KR" w:hint="eastAsia"/>
                <w:b/>
                <w:color w:val="1A1A1A"/>
                <w:sz w:val="20"/>
                <w:szCs w:val="20"/>
                <w:lang w:eastAsia="ko-KR"/>
              </w:rPr>
              <w:t xml:space="preserve"> 및 직위</w:t>
            </w:r>
          </w:p>
        </w:tc>
        <w:tc>
          <w:tcPr>
            <w:tcW w:w="3572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243E7E" w:rsidRPr="00F27726" w:rsidRDefault="00000000">
            <w:pPr>
              <w:rPr>
                <w:rFonts w:ascii="Noto Sans KR" w:eastAsia="Noto Sans KR" w:hAnsi="Noto Sans KR"/>
                <w:sz w:val="20"/>
                <w:szCs w:val="20"/>
              </w:rPr>
            </w:pPr>
            <w:r w:rsidRPr="00F27726">
              <w:rPr>
                <w:rFonts w:ascii="Noto Sans KR" w:eastAsia="Noto Sans KR" w:hAnsi="Noto Sans KR"/>
                <w:color w:val="9E9E9E"/>
                <w:sz w:val="20"/>
                <w:szCs w:val="20"/>
              </w:rPr>
              <w:t>&lt;</w:t>
            </w:r>
            <w:proofErr w:type="spellStart"/>
            <w:r w:rsidRPr="00F27726">
              <w:rPr>
                <w:rFonts w:ascii="Noto Sans KR" w:eastAsia="Noto Sans KR" w:hAnsi="Noto Sans KR"/>
                <w:color w:val="9E9E9E"/>
                <w:sz w:val="20"/>
                <w:szCs w:val="20"/>
              </w:rPr>
              <w:t>직접</w:t>
            </w:r>
            <w:proofErr w:type="spellEnd"/>
            <w:r w:rsidRPr="00F27726">
              <w:rPr>
                <w:rFonts w:ascii="Noto Sans KR" w:eastAsia="Noto Sans KR" w:hAnsi="Noto Sans KR"/>
                <w:color w:val="9E9E9E"/>
                <w:sz w:val="20"/>
                <w:szCs w:val="20"/>
              </w:rPr>
              <w:t xml:space="preserve"> </w:t>
            </w:r>
            <w:proofErr w:type="spellStart"/>
            <w:r w:rsidRPr="00F27726">
              <w:rPr>
                <w:rFonts w:ascii="Noto Sans KR" w:eastAsia="Noto Sans KR" w:hAnsi="Noto Sans KR"/>
                <w:color w:val="9E9E9E"/>
                <w:sz w:val="20"/>
                <w:szCs w:val="20"/>
              </w:rPr>
              <w:t>입력</w:t>
            </w:r>
            <w:proofErr w:type="spellEnd"/>
            <w:r w:rsidRPr="00F27726">
              <w:rPr>
                <w:rFonts w:ascii="Noto Sans KR" w:eastAsia="Noto Sans KR" w:hAnsi="Noto Sans KR"/>
                <w:color w:val="9E9E9E"/>
                <w:sz w:val="20"/>
                <w:szCs w:val="20"/>
              </w:rPr>
              <w:t>&gt;</w:t>
            </w:r>
          </w:p>
        </w:tc>
        <w:tc>
          <w:tcPr>
            <w:tcW w:w="1587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shd w:val="clear" w:color="auto" w:fill="F2F2F2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243E7E" w:rsidRPr="00F27726" w:rsidRDefault="00000000">
            <w:pPr>
              <w:jc w:val="center"/>
              <w:rPr>
                <w:rFonts w:ascii="Noto Sans KR" w:eastAsia="Noto Sans KR" w:hAnsi="Noto Sans KR"/>
                <w:sz w:val="20"/>
                <w:szCs w:val="20"/>
              </w:rPr>
            </w:pPr>
            <w:r w:rsidRPr="00F27726">
              <w:rPr>
                <w:rFonts w:ascii="Noto Sans KR" w:eastAsia="Noto Sans KR" w:hAnsi="Noto Sans KR"/>
                <w:b/>
                <w:color w:val="1A1A1A"/>
                <w:sz w:val="20"/>
                <w:szCs w:val="20"/>
              </w:rPr>
              <w:t>고용형태</w:t>
            </w:r>
          </w:p>
        </w:tc>
        <w:tc>
          <w:tcPr>
            <w:tcW w:w="3572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243E7E" w:rsidRPr="00F27726" w:rsidRDefault="00000000">
            <w:pPr>
              <w:rPr>
                <w:rFonts w:ascii="Noto Sans KR" w:eastAsia="Noto Sans KR" w:hAnsi="Noto Sans KR"/>
                <w:sz w:val="20"/>
                <w:szCs w:val="20"/>
                <w:lang w:eastAsia="ko-KR"/>
              </w:rPr>
            </w:pPr>
            <w:proofErr w:type="gramStart"/>
            <w:r w:rsidRPr="00F27726">
              <w:rPr>
                <w:rFonts w:ascii="Noto Sans KR" w:eastAsia="Noto Sans KR" w:hAnsi="Noto Sans KR"/>
                <w:color w:val="9E9E9E"/>
                <w:sz w:val="20"/>
                <w:szCs w:val="20"/>
                <w:lang w:eastAsia="ko-KR"/>
              </w:rPr>
              <w:t>정규직 /</w:t>
            </w:r>
            <w:proofErr w:type="gramEnd"/>
            <w:r w:rsidRPr="00F27726">
              <w:rPr>
                <w:rFonts w:ascii="Noto Sans KR" w:eastAsia="Noto Sans KR" w:hAnsi="Noto Sans KR"/>
                <w:color w:val="9E9E9E"/>
                <w:sz w:val="20"/>
                <w:szCs w:val="20"/>
                <w:lang w:eastAsia="ko-KR"/>
              </w:rPr>
              <w:t xml:space="preserve"> </w:t>
            </w:r>
            <w:proofErr w:type="gramStart"/>
            <w:r w:rsidRPr="00F27726">
              <w:rPr>
                <w:rFonts w:ascii="Noto Sans KR" w:eastAsia="Noto Sans KR" w:hAnsi="Noto Sans KR"/>
                <w:color w:val="9E9E9E"/>
                <w:sz w:val="20"/>
                <w:szCs w:val="20"/>
                <w:lang w:eastAsia="ko-KR"/>
              </w:rPr>
              <w:t>계약직 /</w:t>
            </w:r>
            <w:proofErr w:type="gramEnd"/>
            <w:r w:rsidRPr="00F27726">
              <w:rPr>
                <w:rFonts w:ascii="Noto Sans KR" w:eastAsia="Noto Sans KR" w:hAnsi="Noto Sans KR"/>
                <w:color w:val="9E9E9E"/>
                <w:sz w:val="20"/>
                <w:szCs w:val="20"/>
                <w:lang w:eastAsia="ko-KR"/>
              </w:rPr>
              <w:t xml:space="preserve"> </w:t>
            </w:r>
            <w:proofErr w:type="gramStart"/>
            <w:r w:rsidR="00A02A8A">
              <w:rPr>
                <w:rFonts w:ascii="Noto Sans KR" w:eastAsia="Noto Sans KR" w:hAnsi="Noto Sans KR" w:hint="eastAsia"/>
                <w:color w:val="9E9E9E"/>
                <w:sz w:val="20"/>
                <w:szCs w:val="20"/>
                <w:lang w:eastAsia="ko-KR"/>
              </w:rPr>
              <w:t>인턴 /</w:t>
            </w:r>
            <w:proofErr w:type="gramEnd"/>
            <w:r w:rsidR="00A02A8A">
              <w:rPr>
                <w:rFonts w:ascii="Noto Sans KR" w:eastAsia="Noto Sans KR" w:hAnsi="Noto Sans KR" w:hint="eastAsia"/>
                <w:color w:val="9E9E9E"/>
                <w:sz w:val="20"/>
                <w:szCs w:val="20"/>
                <w:lang w:eastAsia="ko-KR"/>
              </w:rPr>
              <w:t xml:space="preserve"> 기타</w:t>
            </w:r>
          </w:p>
        </w:tc>
      </w:tr>
      <w:tr w:rsidR="00243E7E" w:rsidRPr="00F27726" w:rsidTr="00A02A8A">
        <w:trPr>
          <w:cantSplit/>
          <w:trHeight w:hRule="exact" w:val="624"/>
          <w:jc w:val="center"/>
        </w:trPr>
        <w:tc>
          <w:tcPr>
            <w:tcW w:w="1587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shd w:val="clear" w:color="auto" w:fill="F2F2F2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243E7E" w:rsidRPr="00F27726" w:rsidRDefault="00000000">
            <w:pPr>
              <w:jc w:val="center"/>
              <w:rPr>
                <w:rFonts w:ascii="Noto Sans KR" w:eastAsia="Noto Sans KR" w:hAnsi="Noto Sans KR"/>
                <w:sz w:val="20"/>
                <w:szCs w:val="20"/>
              </w:rPr>
            </w:pPr>
            <w:proofErr w:type="spellStart"/>
            <w:r w:rsidRPr="00F27726">
              <w:rPr>
                <w:rFonts w:ascii="Noto Sans KR" w:eastAsia="Noto Sans KR" w:hAnsi="Noto Sans KR"/>
                <w:b/>
                <w:color w:val="1A1A1A"/>
                <w:sz w:val="20"/>
                <w:szCs w:val="20"/>
              </w:rPr>
              <w:t>회사</w:t>
            </w:r>
            <w:proofErr w:type="spellEnd"/>
            <w:r w:rsidRPr="00F27726">
              <w:rPr>
                <w:rFonts w:ascii="Noto Sans KR" w:eastAsia="Noto Sans KR" w:hAnsi="Noto Sans KR"/>
                <w:b/>
                <w:color w:val="1A1A1A"/>
                <w:sz w:val="20"/>
                <w:szCs w:val="20"/>
              </w:rPr>
              <w:t xml:space="preserve"> </w:t>
            </w:r>
            <w:proofErr w:type="spellStart"/>
            <w:r w:rsidRPr="00F27726">
              <w:rPr>
                <w:rFonts w:ascii="Noto Sans KR" w:eastAsia="Noto Sans KR" w:hAnsi="Noto Sans KR"/>
                <w:b/>
                <w:color w:val="1A1A1A"/>
                <w:sz w:val="20"/>
                <w:szCs w:val="20"/>
              </w:rPr>
              <w:t>주요사업</w:t>
            </w:r>
            <w:proofErr w:type="spellEnd"/>
          </w:p>
        </w:tc>
        <w:tc>
          <w:tcPr>
            <w:tcW w:w="3572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243E7E" w:rsidRPr="00F27726" w:rsidRDefault="00000000">
            <w:pPr>
              <w:rPr>
                <w:rFonts w:ascii="Noto Sans KR" w:eastAsia="Noto Sans KR" w:hAnsi="Noto Sans KR"/>
                <w:sz w:val="20"/>
                <w:szCs w:val="20"/>
                <w:lang w:eastAsia="ko-KR"/>
              </w:rPr>
            </w:pPr>
            <w:r w:rsidRPr="00F27726">
              <w:rPr>
                <w:rFonts w:ascii="Noto Sans KR" w:eastAsia="Noto Sans KR" w:hAnsi="Noto Sans KR"/>
                <w:color w:val="9E9E9E"/>
                <w:sz w:val="20"/>
                <w:szCs w:val="20"/>
                <w:lang w:eastAsia="ko-KR"/>
              </w:rPr>
              <w:t>&lt;주요 제품·서비스 중심으로 작성&gt;</w:t>
            </w:r>
          </w:p>
        </w:tc>
        <w:tc>
          <w:tcPr>
            <w:tcW w:w="1587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shd w:val="clear" w:color="auto" w:fill="F2F2F2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243E7E" w:rsidRPr="00F27726" w:rsidRDefault="00000000">
            <w:pPr>
              <w:jc w:val="center"/>
              <w:rPr>
                <w:rFonts w:ascii="Noto Sans KR" w:eastAsia="Noto Sans KR" w:hAnsi="Noto Sans KR"/>
                <w:sz w:val="20"/>
                <w:szCs w:val="20"/>
              </w:rPr>
            </w:pPr>
            <w:proofErr w:type="spellStart"/>
            <w:r w:rsidRPr="00F27726">
              <w:rPr>
                <w:rFonts w:ascii="Noto Sans KR" w:eastAsia="Noto Sans KR" w:hAnsi="Noto Sans KR"/>
                <w:b/>
                <w:color w:val="1A1A1A"/>
                <w:sz w:val="20"/>
                <w:szCs w:val="20"/>
              </w:rPr>
              <w:t>이직사유</w:t>
            </w:r>
            <w:proofErr w:type="spellEnd"/>
          </w:p>
        </w:tc>
        <w:tc>
          <w:tcPr>
            <w:tcW w:w="3572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243E7E" w:rsidRPr="00F27726" w:rsidRDefault="00000000">
            <w:pPr>
              <w:rPr>
                <w:rFonts w:ascii="Noto Sans KR" w:eastAsia="Noto Sans KR" w:hAnsi="Noto Sans KR"/>
                <w:sz w:val="20"/>
                <w:szCs w:val="20"/>
              </w:rPr>
            </w:pPr>
            <w:r w:rsidRPr="00F27726">
              <w:rPr>
                <w:rFonts w:ascii="Noto Sans KR" w:eastAsia="Noto Sans KR" w:hAnsi="Noto Sans KR"/>
                <w:color w:val="9E9E9E"/>
                <w:sz w:val="20"/>
                <w:szCs w:val="20"/>
              </w:rPr>
              <w:t>&lt;간략히 작성&gt;</w:t>
            </w:r>
          </w:p>
        </w:tc>
      </w:tr>
    </w:tbl>
    <w:p w:rsidR="00243E7E" w:rsidRPr="00A02A8A" w:rsidRDefault="00243E7E">
      <w:pPr>
        <w:spacing w:after="20"/>
        <w:rPr>
          <w:rFonts w:ascii="Noto Sans KR" w:eastAsia="Noto Sans KR" w:hAnsi="Noto Sans KR"/>
          <w:sz w:val="8"/>
          <w:szCs w:val="8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318"/>
      </w:tblGrid>
      <w:tr w:rsidR="00243E7E" w:rsidRPr="00F27726">
        <w:trPr>
          <w:cantSplit/>
          <w:jc w:val="center"/>
        </w:trPr>
        <w:tc>
          <w:tcPr>
            <w:tcW w:w="10318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shd w:val="clear" w:color="auto" w:fill="F2F2F2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243E7E" w:rsidRPr="00F27726" w:rsidRDefault="00000000">
            <w:pPr>
              <w:rPr>
                <w:rFonts w:ascii="Noto Sans KR" w:eastAsia="Noto Sans KR" w:hAnsi="Noto Sans KR"/>
                <w:sz w:val="20"/>
                <w:szCs w:val="20"/>
              </w:rPr>
            </w:pPr>
            <w:r w:rsidRPr="00F27726">
              <w:rPr>
                <w:rFonts w:ascii="Noto Sans KR" w:eastAsia="Noto Sans KR" w:hAnsi="Noto Sans KR"/>
                <w:b/>
                <w:color w:val="1A1A1A"/>
                <w:sz w:val="20"/>
                <w:szCs w:val="20"/>
              </w:rPr>
              <w:t>담당업무</w:t>
            </w:r>
          </w:p>
        </w:tc>
      </w:tr>
      <w:tr w:rsidR="00243E7E" w:rsidRPr="00F27726">
        <w:trPr>
          <w:cantSplit/>
          <w:trHeight w:val="1587"/>
          <w:jc w:val="center"/>
        </w:trPr>
        <w:tc>
          <w:tcPr>
            <w:tcW w:w="10318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243E7E" w:rsidRPr="00F27726" w:rsidRDefault="00000000">
            <w:pPr>
              <w:rPr>
                <w:rFonts w:ascii="Noto Sans KR" w:eastAsia="Noto Sans KR" w:hAnsi="Noto Sans KR"/>
                <w:sz w:val="20"/>
                <w:szCs w:val="20"/>
                <w:lang w:eastAsia="ko-KR"/>
              </w:rPr>
            </w:pPr>
            <w:r w:rsidRPr="00F27726">
              <w:rPr>
                <w:rFonts w:ascii="Noto Sans KR" w:eastAsia="Noto Sans KR" w:hAnsi="Noto Sans KR"/>
                <w:color w:val="9E9E9E"/>
                <w:sz w:val="20"/>
                <w:szCs w:val="20"/>
                <w:lang w:eastAsia="ko-KR"/>
              </w:rPr>
              <w:t>&lt;담당 업무의 범위, 책임 및 의사결정 수준을 구체적으로 작성&gt;</w:t>
            </w:r>
          </w:p>
        </w:tc>
      </w:tr>
    </w:tbl>
    <w:p w:rsidR="00243E7E" w:rsidRPr="00A02A8A" w:rsidRDefault="00243E7E">
      <w:pPr>
        <w:spacing w:after="20"/>
        <w:rPr>
          <w:rFonts w:ascii="Noto Sans KR" w:eastAsia="Noto Sans KR" w:hAnsi="Noto Sans KR"/>
          <w:sz w:val="8"/>
          <w:szCs w:val="8"/>
          <w:lang w:eastAsia="ko-KR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318"/>
      </w:tblGrid>
      <w:tr w:rsidR="00243E7E" w:rsidRPr="00F27726">
        <w:trPr>
          <w:cantSplit/>
          <w:jc w:val="center"/>
        </w:trPr>
        <w:tc>
          <w:tcPr>
            <w:tcW w:w="10318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shd w:val="clear" w:color="auto" w:fill="F2F2F2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243E7E" w:rsidRPr="00F27726" w:rsidRDefault="00000000">
            <w:pPr>
              <w:rPr>
                <w:rFonts w:ascii="Noto Sans KR" w:eastAsia="Noto Sans KR" w:hAnsi="Noto Sans KR"/>
                <w:sz w:val="20"/>
                <w:szCs w:val="20"/>
                <w:lang w:eastAsia="ko-KR"/>
              </w:rPr>
            </w:pPr>
            <w:r w:rsidRPr="00F27726">
              <w:rPr>
                <w:rFonts w:ascii="Noto Sans KR" w:eastAsia="Noto Sans KR" w:hAnsi="Noto Sans KR"/>
                <w:b/>
                <w:color w:val="1A1A1A"/>
                <w:sz w:val="20"/>
                <w:szCs w:val="20"/>
                <w:lang w:eastAsia="ko-KR"/>
              </w:rPr>
              <w:t>주요 프로젝트 및 본인 역할</w:t>
            </w:r>
          </w:p>
        </w:tc>
      </w:tr>
      <w:tr w:rsidR="00243E7E" w:rsidRPr="00F27726">
        <w:trPr>
          <w:cantSplit/>
          <w:trHeight w:val="1928"/>
          <w:jc w:val="center"/>
        </w:trPr>
        <w:tc>
          <w:tcPr>
            <w:tcW w:w="10318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243E7E" w:rsidRPr="00F27726" w:rsidRDefault="00000000">
            <w:pPr>
              <w:rPr>
                <w:rFonts w:ascii="Noto Sans KR" w:eastAsia="Noto Sans KR" w:hAnsi="Noto Sans KR"/>
                <w:sz w:val="20"/>
                <w:szCs w:val="20"/>
                <w:lang w:eastAsia="ko-KR"/>
              </w:rPr>
            </w:pPr>
            <w:r w:rsidRPr="00F27726">
              <w:rPr>
                <w:rFonts w:ascii="Noto Sans KR" w:eastAsia="Noto Sans KR" w:hAnsi="Noto Sans KR"/>
                <w:color w:val="9E9E9E"/>
                <w:sz w:val="20"/>
                <w:szCs w:val="20"/>
                <w:lang w:eastAsia="ko-KR"/>
              </w:rPr>
              <w:t>&lt;</w:t>
            </w:r>
            <w:proofErr w:type="gramStart"/>
            <w:r w:rsidRPr="00F27726">
              <w:rPr>
                <w:rFonts w:ascii="Noto Sans KR" w:eastAsia="Noto Sans KR" w:hAnsi="Noto Sans KR"/>
                <w:color w:val="9E9E9E"/>
                <w:sz w:val="20"/>
                <w:szCs w:val="20"/>
                <w:lang w:eastAsia="ko-KR"/>
              </w:rPr>
              <w:t>프로젝트명 /</w:t>
            </w:r>
            <w:proofErr w:type="gramEnd"/>
            <w:r w:rsidRPr="00F27726">
              <w:rPr>
                <w:rFonts w:ascii="Noto Sans KR" w:eastAsia="Noto Sans KR" w:hAnsi="Noto Sans KR"/>
                <w:color w:val="9E9E9E"/>
                <w:sz w:val="20"/>
                <w:szCs w:val="20"/>
                <w:lang w:eastAsia="ko-KR"/>
              </w:rPr>
              <w:t xml:space="preserve"> </w:t>
            </w:r>
            <w:proofErr w:type="gramStart"/>
            <w:r w:rsidRPr="00F27726">
              <w:rPr>
                <w:rFonts w:ascii="Noto Sans KR" w:eastAsia="Noto Sans KR" w:hAnsi="Noto Sans KR"/>
                <w:color w:val="9E9E9E"/>
                <w:sz w:val="20"/>
                <w:szCs w:val="20"/>
                <w:lang w:eastAsia="ko-KR"/>
              </w:rPr>
              <w:t>기간 /</w:t>
            </w:r>
            <w:proofErr w:type="gramEnd"/>
            <w:r w:rsidRPr="00F27726">
              <w:rPr>
                <w:rFonts w:ascii="Noto Sans KR" w:eastAsia="Noto Sans KR" w:hAnsi="Noto Sans KR"/>
                <w:color w:val="9E9E9E"/>
                <w:sz w:val="20"/>
                <w:szCs w:val="20"/>
                <w:lang w:eastAsia="ko-KR"/>
              </w:rPr>
              <w:t xml:space="preserve"> </w:t>
            </w:r>
            <w:proofErr w:type="gramStart"/>
            <w:r w:rsidRPr="00F27726">
              <w:rPr>
                <w:rFonts w:ascii="Noto Sans KR" w:eastAsia="Noto Sans KR" w:hAnsi="Noto Sans KR"/>
                <w:color w:val="9E9E9E"/>
                <w:sz w:val="20"/>
                <w:szCs w:val="20"/>
                <w:lang w:eastAsia="ko-KR"/>
              </w:rPr>
              <w:t>목적 /</w:t>
            </w:r>
            <w:proofErr w:type="gramEnd"/>
            <w:r w:rsidRPr="00F27726">
              <w:rPr>
                <w:rFonts w:ascii="Noto Sans KR" w:eastAsia="Noto Sans KR" w:hAnsi="Noto Sans KR"/>
                <w:color w:val="9E9E9E"/>
                <w:sz w:val="20"/>
                <w:szCs w:val="20"/>
                <w:lang w:eastAsia="ko-KR"/>
              </w:rPr>
              <w:t xml:space="preserve"> 본인 </w:t>
            </w:r>
            <w:proofErr w:type="gramStart"/>
            <w:r w:rsidRPr="00F27726">
              <w:rPr>
                <w:rFonts w:ascii="Noto Sans KR" w:eastAsia="Noto Sans KR" w:hAnsi="Noto Sans KR"/>
                <w:color w:val="9E9E9E"/>
                <w:sz w:val="20"/>
                <w:szCs w:val="20"/>
                <w:lang w:eastAsia="ko-KR"/>
              </w:rPr>
              <w:t>역할 /</w:t>
            </w:r>
            <w:proofErr w:type="gramEnd"/>
            <w:r w:rsidRPr="00F27726">
              <w:rPr>
                <w:rFonts w:ascii="Noto Sans KR" w:eastAsia="Noto Sans KR" w:hAnsi="Noto Sans KR"/>
                <w:color w:val="9E9E9E"/>
                <w:sz w:val="20"/>
                <w:szCs w:val="20"/>
                <w:lang w:eastAsia="ko-KR"/>
              </w:rPr>
              <w:t xml:space="preserve"> 협업 대상 및 기여도를 중심으로 작성&gt;</w:t>
            </w:r>
          </w:p>
        </w:tc>
      </w:tr>
    </w:tbl>
    <w:p w:rsidR="00243E7E" w:rsidRPr="00A02A8A" w:rsidRDefault="00243E7E">
      <w:pPr>
        <w:spacing w:after="20"/>
        <w:rPr>
          <w:rFonts w:ascii="Noto Sans KR" w:eastAsia="Noto Sans KR" w:hAnsi="Noto Sans KR"/>
          <w:sz w:val="8"/>
          <w:szCs w:val="8"/>
          <w:lang w:eastAsia="ko-KR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318"/>
      </w:tblGrid>
      <w:tr w:rsidR="00243E7E" w:rsidRPr="00F27726">
        <w:trPr>
          <w:cantSplit/>
          <w:jc w:val="center"/>
        </w:trPr>
        <w:tc>
          <w:tcPr>
            <w:tcW w:w="10318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shd w:val="clear" w:color="auto" w:fill="F2F2F2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243E7E" w:rsidRPr="00F27726" w:rsidRDefault="00000000">
            <w:pPr>
              <w:rPr>
                <w:rFonts w:ascii="Noto Sans KR" w:eastAsia="Noto Sans KR" w:hAnsi="Noto Sans KR"/>
                <w:sz w:val="20"/>
                <w:szCs w:val="20"/>
              </w:rPr>
            </w:pPr>
            <w:proofErr w:type="spellStart"/>
            <w:r w:rsidRPr="00F27726">
              <w:rPr>
                <w:rFonts w:ascii="Noto Sans KR" w:eastAsia="Noto Sans KR" w:hAnsi="Noto Sans KR"/>
                <w:b/>
                <w:color w:val="1A1A1A"/>
                <w:sz w:val="20"/>
                <w:szCs w:val="20"/>
              </w:rPr>
              <w:t>주요</w:t>
            </w:r>
            <w:proofErr w:type="spellEnd"/>
            <w:r w:rsidRPr="00F27726">
              <w:rPr>
                <w:rFonts w:ascii="Noto Sans KR" w:eastAsia="Noto Sans KR" w:hAnsi="Noto Sans KR"/>
                <w:b/>
                <w:color w:val="1A1A1A"/>
                <w:sz w:val="20"/>
                <w:szCs w:val="20"/>
              </w:rPr>
              <w:t xml:space="preserve"> </w:t>
            </w:r>
            <w:proofErr w:type="spellStart"/>
            <w:r w:rsidRPr="00F27726">
              <w:rPr>
                <w:rFonts w:ascii="Noto Sans KR" w:eastAsia="Noto Sans KR" w:hAnsi="Noto Sans KR"/>
                <w:b/>
                <w:color w:val="1A1A1A"/>
                <w:sz w:val="20"/>
                <w:szCs w:val="20"/>
              </w:rPr>
              <w:t>성과</w:t>
            </w:r>
            <w:proofErr w:type="spellEnd"/>
          </w:p>
        </w:tc>
      </w:tr>
      <w:tr w:rsidR="00243E7E" w:rsidRPr="00F27726">
        <w:trPr>
          <w:cantSplit/>
          <w:trHeight w:val="1928"/>
          <w:jc w:val="center"/>
        </w:trPr>
        <w:tc>
          <w:tcPr>
            <w:tcW w:w="10318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243E7E" w:rsidRPr="00F27726" w:rsidRDefault="00000000">
            <w:pPr>
              <w:rPr>
                <w:rFonts w:ascii="Noto Sans KR" w:eastAsia="Noto Sans KR" w:hAnsi="Noto Sans KR"/>
                <w:sz w:val="20"/>
                <w:szCs w:val="20"/>
                <w:lang w:eastAsia="ko-KR"/>
              </w:rPr>
            </w:pPr>
            <w:r w:rsidRPr="00F27726">
              <w:rPr>
                <w:rFonts w:ascii="Noto Sans KR" w:eastAsia="Noto Sans KR" w:hAnsi="Noto Sans KR"/>
                <w:color w:val="9E9E9E"/>
                <w:sz w:val="20"/>
                <w:szCs w:val="20"/>
                <w:lang w:eastAsia="ko-KR"/>
              </w:rPr>
              <w:t>&lt;성과지표와 개선 전후를 중심으로 작성하고, 수치 기재가 어려운 경우 구체적인 변화와 기여도를 작성&gt;</w:t>
            </w:r>
          </w:p>
        </w:tc>
      </w:tr>
    </w:tbl>
    <w:p w:rsidR="00243E7E" w:rsidRPr="00A02A8A" w:rsidRDefault="00243E7E">
      <w:pPr>
        <w:spacing w:after="20"/>
        <w:rPr>
          <w:rFonts w:ascii="Noto Sans KR" w:eastAsia="Noto Sans KR" w:hAnsi="Noto Sans KR"/>
          <w:sz w:val="8"/>
          <w:szCs w:val="8"/>
          <w:lang w:eastAsia="ko-KR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318"/>
      </w:tblGrid>
      <w:tr w:rsidR="00243E7E" w:rsidRPr="00F27726">
        <w:trPr>
          <w:cantSplit/>
          <w:jc w:val="center"/>
        </w:trPr>
        <w:tc>
          <w:tcPr>
            <w:tcW w:w="10318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shd w:val="clear" w:color="auto" w:fill="F2F2F2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243E7E" w:rsidRPr="00F27726" w:rsidRDefault="00000000">
            <w:pPr>
              <w:rPr>
                <w:rFonts w:ascii="Noto Sans KR" w:eastAsia="Noto Sans KR" w:hAnsi="Noto Sans KR"/>
                <w:sz w:val="20"/>
                <w:szCs w:val="20"/>
                <w:lang w:eastAsia="ko-KR"/>
              </w:rPr>
            </w:pPr>
            <w:r w:rsidRPr="00F27726">
              <w:rPr>
                <w:rFonts w:ascii="Noto Sans KR" w:eastAsia="Noto Sans KR" w:hAnsi="Noto Sans KR"/>
                <w:b/>
                <w:color w:val="1A1A1A"/>
                <w:sz w:val="20"/>
                <w:szCs w:val="20"/>
                <w:lang w:eastAsia="ko-KR"/>
              </w:rPr>
              <w:t>활용 기술·도구 및 업무환경</w:t>
            </w:r>
          </w:p>
        </w:tc>
      </w:tr>
      <w:tr w:rsidR="00243E7E" w:rsidRPr="00F27726">
        <w:trPr>
          <w:cantSplit/>
          <w:trHeight w:val="1304"/>
          <w:jc w:val="center"/>
        </w:trPr>
        <w:tc>
          <w:tcPr>
            <w:tcW w:w="10318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243E7E" w:rsidRPr="00F27726" w:rsidRDefault="00000000">
            <w:pPr>
              <w:rPr>
                <w:rFonts w:ascii="Noto Sans KR" w:eastAsia="Noto Sans KR" w:hAnsi="Noto Sans KR"/>
                <w:sz w:val="20"/>
                <w:szCs w:val="20"/>
                <w:lang w:eastAsia="ko-KR"/>
              </w:rPr>
            </w:pPr>
            <w:r w:rsidRPr="00F27726">
              <w:rPr>
                <w:rFonts w:ascii="Noto Sans KR" w:eastAsia="Noto Sans KR" w:hAnsi="Noto Sans KR"/>
                <w:color w:val="9E9E9E"/>
                <w:sz w:val="20"/>
                <w:szCs w:val="20"/>
                <w:lang w:eastAsia="ko-KR"/>
              </w:rPr>
              <w:t>&lt;시스템, 개발언어, 데이터·OA 도구, 개발환경, 방법론 및 업무 프로세스 등을 작성&gt;</w:t>
            </w:r>
          </w:p>
        </w:tc>
      </w:tr>
    </w:tbl>
    <w:p w:rsidR="00243E7E" w:rsidRPr="00A02A8A" w:rsidRDefault="00243E7E">
      <w:pPr>
        <w:rPr>
          <w:rFonts w:ascii="Noto Sans KR" w:eastAsia="Noto Sans KR" w:hAnsi="Noto Sans KR"/>
          <w:sz w:val="8"/>
          <w:szCs w:val="8"/>
          <w:lang w:eastAsia="ko-KR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701"/>
        <w:gridCol w:w="8951"/>
      </w:tblGrid>
      <w:tr w:rsidR="00243E7E" w:rsidRPr="00F27726" w:rsidTr="001325C4">
        <w:trPr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08200"/>
            <w:tcMar>
              <w:top w:w="85" w:type="dxa"/>
              <w:left w:w="100" w:type="dxa"/>
              <w:bottom w:w="85" w:type="dxa"/>
              <w:right w:w="100" w:type="dxa"/>
            </w:tcMar>
            <w:vAlign w:val="center"/>
          </w:tcPr>
          <w:p w:rsidR="00243E7E" w:rsidRPr="00F27726" w:rsidRDefault="00000000">
            <w:pPr>
              <w:jc w:val="center"/>
              <w:rPr>
                <w:rFonts w:ascii="Noto Sans KR" w:eastAsia="Noto Sans KR" w:hAnsi="Noto Sans KR"/>
                <w:sz w:val="20"/>
                <w:szCs w:val="20"/>
              </w:rPr>
            </w:pPr>
            <w:r w:rsidRPr="00F27726">
              <w:rPr>
                <w:rFonts w:ascii="Noto Sans KR" w:eastAsia="Noto Sans KR" w:hAnsi="Noto Sans KR"/>
                <w:b/>
                <w:color w:val="000000"/>
                <w:sz w:val="20"/>
                <w:szCs w:val="20"/>
              </w:rPr>
              <w:lastRenderedPageBreak/>
              <w:t>8</w:t>
            </w:r>
          </w:p>
        </w:tc>
        <w:tc>
          <w:tcPr>
            <w:tcW w:w="8951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tcMar>
              <w:top w:w="85" w:type="dxa"/>
              <w:left w:w="100" w:type="dxa"/>
              <w:bottom w:w="85" w:type="dxa"/>
              <w:right w:w="100" w:type="dxa"/>
            </w:tcMar>
            <w:vAlign w:val="center"/>
          </w:tcPr>
          <w:p w:rsidR="00243E7E" w:rsidRPr="00F27726" w:rsidRDefault="00000000">
            <w:pPr>
              <w:rPr>
                <w:rFonts w:ascii="Noto Sans KR" w:eastAsia="Noto Sans KR" w:hAnsi="Noto Sans KR"/>
                <w:sz w:val="20"/>
                <w:szCs w:val="20"/>
              </w:rPr>
            </w:pPr>
            <w:r w:rsidRPr="00F27726">
              <w:rPr>
                <w:rFonts w:ascii="Noto Sans KR" w:eastAsia="Noto Sans KR" w:hAnsi="Noto Sans KR"/>
                <w:b/>
                <w:color w:val="FFFFFF"/>
                <w:sz w:val="20"/>
                <w:szCs w:val="20"/>
              </w:rPr>
              <w:t>경력기술서 (계속)</w:t>
            </w:r>
          </w:p>
        </w:tc>
      </w:tr>
    </w:tbl>
    <w:p w:rsidR="00A02A8A" w:rsidRPr="00F27726" w:rsidRDefault="00A02A8A" w:rsidP="00A02A8A">
      <w:pPr>
        <w:spacing w:before="40" w:after="80"/>
        <w:rPr>
          <w:rFonts w:ascii="Noto Sans KR" w:eastAsia="Noto Sans KR" w:hAnsi="Noto Sans KR"/>
          <w:sz w:val="20"/>
          <w:szCs w:val="20"/>
          <w:lang w:eastAsia="ko-KR"/>
        </w:rPr>
      </w:pPr>
      <w:r w:rsidRPr="00F27726">
        <w:rPr>
          <w:rFonts w:ascii="Noto Sans KR" w:eastAsia="Noto Sans KR" w:hAnsi="Noto Sans KR"/>
          <w:color w:val="666666"/>
          <w:sz w:val="20"/>
          <w:szCs w:val="20"/>
          <w:lang w:eastAsia="ko-KR"/>
        </w:rPr>
        <w:t>※ 경력 지원자만 작성합니다. 경력이 2개를 초과하면 본 페이지를 복사해 추가합니다.</w:t>
      </w:r>
    </w:p>
    <w:p w:rsidR="00243E7E" w:rsidRPr="00F27726" w:rsidRDefault="00000000">
      <w:pPr>
        <w:spacing w:after="60"/>
        <w:rPr>
          <w:rFonts w:ascii="Noto Sans KR" w:eastAsia="Noto Sans KR" w:hAnsi="Noto Sans KR"/>
          <w:sz w:val="20"/>
          <w:szCs w:val="20"/>
        </w:rPr>
      </w:pPr>
      <w:proofErr w:type="spellStart"/>
      <w:r w:rsidRPr="00F27726">
        <w:rPr>
          <w:rFonts w:ascii="Noto Sans KR" w:eastAsia="Noto Sans KR" w:hAnsi="Noto Sans KR"/>
          <w:b/>
          <w:color w:val="000000"/>
          <w:sz w:val="20"/>
          <w:szCs w:val="20"/>
        </w:rPr>
        <w:t>경력</w:t>
      </w:r>
      <w:proofErr w:type="spellEnd"/>
      <w:r w:rsidRPr="00F27726">
        <w:rPr>
          <w:rFonts w:ascii="Noto Sans KR" w:eastAsia="Noto Sans KR" w:hAnsi="Noto Sans KR"/>
          <w:b/>
          <w:color w:val="000000"/>
          <w:sz w:val="20"/>
          <w:szCs w:val="20"/>
        </w:rPr>
        <w:t xml:space="preserve"> 2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587"/>
        <w:gridCol w:w="3572"/>
        <w:gridCol w:w="1587"/>
        <w:gridCol w:w="3572"/>
      </w:tblGrid>
      <w:tr w:rsidR="00243E7E" w:rsidRPr="00F27726" w:rsidTr="00A02A8A">
        <w:trPr>
          <w:cantSplit/>
          <w:trHeight w:hRule="exact" w:val="624"/>
          <w:jc w:val="center"/>
        </w:trPr>
        <w:tc>
          <w:tcPr>
            <w:tcW w:w="1587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shd w:val="clear" w:color="auto" w:fill="F2F2F2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243E7E" w:rsidRPr="00F27726" w:rsidRDefault="00000000">
            <w:pPr>
              <w:jc w:val="center"/>
              <w:rPr>
                <w:rFonts w:ascii="Noto Sans KR" w:eastAsia="Noto Sans KR" w:hAnsi="Noto Sans KR"/>
                <w:sz w:val="20"/>
                <w:szCs w:val="20"/>
              </w:rPr>
            </w:pPr>
            <w:proofErr w:type="spellStart"/>
            <w:r w:rsidRPr="00F27726">
              <w:rPr>
                <w:rFonts w:ascii="Noto Sans KR" w:eastAsia="Noto Sans KR" w:hAnsi="Noto Sans KR"/>
                <w:b/>
                <w:color w:val="1A1A1A"/>
                <w:sz w:val="20"/>
                <w:szCs w:val="20"/>
              </w:rPr>
              <w:t>회사명</w:t>
            </w:r>
            <w:proofErr w:type="spellEnd"/>
          </w:p>
        </w:tc>
        <w:tc>
          <w:tcPr>
            <w:tcW w:w="3572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243E7E" w:rsidRPr="00F27726" w:rsidRDefault="00000000">
            <w:pPr>
              <w:rPr>
                <w:rFonts w:ascii="Noto Sans KR" w:eastAsia="Noto Sans KR" w:hAnsi="Noto Sans KR"/>
                <w:sz w:val="20"/>
                <w:szCs w:val="20"/>
              </w:rPr>
            </w:pPr>
            <w:r w:rsidRPr="00F27726">
              <w:rPr>
                <w:rFonts w:ascii="Noto Sans KR" w:eastAsia="Noto Sans KR" w:hAnsi="Noto Sans KR"/>
                <w:color w:val="9E9E9E"/>
                <w:sz w:val="20"/>
                <w:szCs w:val="20"/>
              </w:rPr>
              <w:t>&lt;직접 입력&gt;</w:t>
            </w:r>
          </w:p>
        </w:tc>
        <w:tc>
          <w:tcPr>
            <w:tcW w:w="1587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shd w:val="clear" w:color="auto" w:fill="F2F2F2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243E7E" w:rsidRPr="00F27726" w:rsidRDefault="00000000">
            <w:pPr>
              <w:jc w:val="center"/>
              <w:rPr>
                <w:rFonts w:ascii="Noto Sans KR" w:eastAsia="Noto Sans KR" w:hAnsi="Noto Sans KR"/>
                <w:sz w:val="20"/>
                <w:szCs w:val="20"/>
              </w:rPr>
            </w:pPr>
            <w:r w:rsidRPr="00F27726">
              <w:rPr>
                <w:rFonts w:ascii="Noto Sans KR" w:eastAsia="Noto Sans KR" w:hAnsi="Noto Sans KR"/>
                <w:b/>
                <w:color w:val="1A1A1A"/>
                <w:sz w:val="20"/>
                <w:szCs w:val="20"/>
              </w:rPr>
              <w:t>근무기간</w:t>
            </w:r>
          </w:p>
        </w:tc>
        <w:tc>
          <w:tcPr>
            <w:tcW w:w="3572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243E7E" w:rsidRPr="00F27726" w:rsidRDefault="00000000">
            <w:pPr>
              <w:rPr>
                <w:rFonts w:ascii="Noto Sans KR" w:eastAsia="Noto Sans KR" w:hAnsi="Noto Sans KR"/>
                <w:sz w:val="20"/>
                <w:szCs w:val="20"/>
              </w:rPr>
            </w:pPr>
            <w:r w:rsidRPr="00F27726">
              <w:rPr>
                <w:rFonts w:ascii="Noto Sans KR" w:eastAsia="Noto Sans KR" w:hAnsi="Noto Sans KR"/>
                <w:color w:val="9E9E9E"/>
                <w:sz w:val="20"/>
                <w:szCs w:val="20"/>
              </w:rPr>
              <w:t>YYYY.MM ~ YYYY.MM</w:t>
            </w:r>
          </w:p>
        </w:tc>
      </w:tr>
      <w:tr w:rsidR="00243E7E" w:rsidRPr="00F27726" w:rsidTr="00A02A8A">
        <w:trPr>
          <w:cantSplit/>
          <w:trHeight w:hRule="exact" w:val="624"/>
          <w:jc w:val="center"/>
        </w:trPr>
        <w:tc>
          <w:tcPr>
            <w:tcW w:w="1587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shd w:val="clear" w:color="auto" w:fill="F2F2F2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243E7E" w:rsidRPr="00F27726" w:rsidRDefault="00000000">
            <w:pPr>
              <w:jc w:val="center"/>
              <w:rPr>
                <w:rFonts w:ascii="Noto Sans KR" w:eastAsia="Noto Sans KR" w:hAnsi="Noto Sans KR"/>
                <w:sz w:val="20"/>
                <w:szCs w:val="20"/>
                <w:lang w:eastAsia="ko-KR"/>
              </w:rPr>
            </w:pPr>
            <w:proofErr w:type="spellStart"/>
            <w:r w:rsidRPr="00F27726">
              <w:rPr>
                <w:rFonts w:ascii="Noto Sans KR" w:eastAsia="Noto Sans KR" w:hAnsi="Noto Sans KR"/>
                <w:b/>
                <w:color w:val="1A1A1A"/>
                <w:sz w:val="20"/>
                <w:szCs w:val="20"/>
              </w:rPr>
              <w:t>소속부서</w:t>
            </w:r>
            <w:proofErr w:type="spellEnd"/>
            <w:r w:rsidR="00A02A8A">
              <w:rPr>
                <w:rFonts w:ascii="Noto Sans KR" w:eastAsia="Noto Sans KR" w:hAnsi="Noto Sans KR" w:hint="eastAsia"/>
                <w:b/>
                <w:color w:val="1A1A1A"/>
                <w:sz w:val="20"/>
                <w:szCs w:val="20"/>
                <w:lang w:eastAsia="ko-KR"/>
              </w:rPr>
              <w:t xml:space="preserve"> 및 직위</w:t>
            </w:r>
          </w:p>
        </w:tc>
        <w:tc>
          <w:tcPr>
            <w:tcW w:w="3572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243E7E" w:rsidRPr="00F27726" w:rsidRDefault="00000000">
            <w:pPr>
              <w:rPr>
                <w:rFonts w:ascii="Noto Sans KR" w:eastAsia="Noto Sans KR" w:hAnsi="Noto Sans KR"/>
                <w:sz w:val="20"/>
                <w:szCs w:val="20"/>
              </w:rPr>
            </w:pPr>
            <w:r w:rsidRPr="00F27726">
              <w:rPr>
                <w:rFonts w:ascii="Noto Sans KR" w:eastAsia="Noto Sans KR" w:hAnsi="Noto Sans KR"/>
                <w:color w:val="9E9E9E"/>
                <w:sz w:val="20"/>
                <w:szCs w:val="20"/>
              </w:rPr>
              <w:t>&lt;</w:t>
            </w:r>
            <w:proofErr w:type="spellStart"/>
            <w:r w:rsidRPr="00F27726">
              <w:rPr>
                <w:rFonts w:ascii="Noto Sans KR" w:eastAsia="Noto Sans KR" w:hAnsi="Noto Sans KR"/>
                <w:color w:val="9E9E9E"/>
                <w:sz w:val="20"/>
                <w:szCs w:val="20"/>
              </w:rPr>
              <w:t>직접</w:t>
            </w:r>
            <w:proofErr w:type="spellEnd"/>
            <w:r w:rsidRPr="00F27726">
              <w:rPr>
                <w:rFonts w:ascii="Noto Sans KR" w:eastAsia="Noto Sans KR" w:hAnsi="Noto Sans KR"/>
                <w:color w:val="9E9E9E"/>
                <w:sz w:val="20"/>
                <w:szCs w:val="20"/>
              </w:rPr>
              <w:t xml:space="preserve"> </w:t>
            </w:r>
            <w:proofErr w:type="spellStart"/>
            <w:r w:rsidRPr="00F27726">
              <w:rPr>
                <w:rFonts w:ascii="Noto Sans KR" w:eastAsia="Noto Sans KR" w:hAnsi="Noto Sans KR"/>
                <w:color w:val="9E9E9E"/>
                <w:sz w:val="20"/>
                <w:szCs w:val="20"/>
              </w:rPr>
              <w:t>입력</w:t>
            </w:r>
            <w:proofErr w:type="spellEnd"/>
            <w:r w:rsidRPr="00F27726">
              <w:rPr>
                <w:rFonts w:ascii="Noto Sans KR" w:eastAsia="Noto Sans KR" w:hAnsi="Noto Sans KR"/>
                <w:color w:val="9E9E9E"/>
                <w:sz w:val="20"/>
                <w:szCs w:val="20"/>
              </w:rPr>
              <w:t>&gt;</w:t>
            </w:r>
          </w:p>
        </w:tc>
        <w:tc>
          <w:tcPr>
            <w:tcW w:w="1587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shd w:val="clear" w:color="auto" w:fill="F2F2F2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243E7E" w:rsidRPr="00F27726" w:rsidRDefault="00000000">
            <w:pPr>
              <w:jc w:val="center"/>
              <w:rPr>
                <w:rFonts w:ascii="Noto Sans KR" w:eastAsia="Noto Sans KR" w:hAnsi="Noto Sans KR"/>
                <w:sz w:val="20"/>
                <w:szCs w:val="20"/>
              </w:rPr>
            </w:pPr>
            <w:r w:rsidRPr="00F27726">
              <w:rPr>
                <w:rFonts w:ascii="Noto Sans KR" w:eastAsia="Noto Sans KR" w:hAnsi="Noto Sans KR"/>
                <w:b/>
                <w:color w:val="1A1A1A"/>
                <w:sz w:val="20"/>
                <w:szCs w:val="20"/>
              </w:rPr>
              <w:t>고용형태</w:t>
            </w:r>
          </w:p>
        </w:tc>
        <w:tc>
          <w:tcPr>
            <w:tcW w:w="3572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243E7E" w:rsidRPr="00F27726" w:rsidRDefault="00A02A8A">
            <w:pPr>
              <w:rPr>
                <w:rFonts w:ascii="Noto Sans KR" w:eastAsia="Noto Sans KR" w:hAnsi="Noto Sans KR"/>
                <w:sz w:val="20"/>
                <w:szCs w:val="20"/>
                <w:lang w:eastAsia="ko-KR"/>
              </w:rPr>
            </w:pPr>
            <w:proofErr w:type="gramStart"/>
            <w:r w:rsidRPr="00F27726">
              <w:rPr>
                <w:rFonts w:ascii="Noto Sans KR" w:eastAsia="Noto Sans KR" w:hAnsi="Noto Sans KR"/>
                <w:color w:val="9E9E9E"/>
                <w:sz w:val="20"/>
                <w:szCs w:val="20"/>
                <w:lang w:eastAsia="ko-KR"/>
              </w:rPr>
              <w:t>정규직 /</w:t>
            </w:r>
            <w:proofErr w:type="gramEnd"/>
            <w:r w:rsidRPr="00F27726">
              <w:rPr>
                <w:rFonts w:ascii="Noto Sans KR" w:eastAsia="Noto Sans KR" w:hAnsi="Noto Sans KR"/>
                <w:color w:val="9E9E9E"/>
                <w:sz w:val="20"/>
                <w:szCs w:val="20"/>
                <w:lang w:eastAsia="ko-KR"/>
              </w:rPr>
              <w:t xml:space="preserve"> </w:t>
            </w:r>
            <w:proofErr w:type="gramStart"/>
            <w:r w:rsidRPr="00F27726">
              <w:rPr>
                <w:rFonts w:ascii="Noto Sans KR" w:eastAsia="Noto Sans KR" w:hAnsi="Noto Sans KR"/>
                <w:color w:val="9E9E9E"/>
                <w:sz w:val="20"/>
                <w:szCs w:val="20"/>
                <w:lang w:eastAsia="ko-KR"/>
              </w:rPr>
              <w:t>계약직 /</w:t>
            </w:r>
            <w:proofErr w:type="gramEnd"/>
            <w:r w:rsidRPr="00F27726">
              <w:rPr>
                <w:rFonts w:ascii="Noto Sans KR" w:eastAsia="Noto Sans KR" w:hAnsi="Noto Sans KR"/>
                <w:color w:val="9E9E9E"/>
                <w:sz w:val="20"/>
                <w:szCs w:val="20"/>
                <w:lang w:eastAsia="ko-KR"/>
              </w:rPr>
              <w:t xml:space="preserve"> </w:t>
            </w:r>
            <w:proofErr w:type="gramStart"/>
            <w:r>
              <w:rPr>
                <w:rFonts w:ascii="Noto Sans KR" w:eastAsia="Noto Sans KR" w:hAnsi="Noto Sans KR" w:hint="eastAsia"/>
                <w:color w:val="9E9E9E"/>
                <w:sz w:val="20"/>
                <w:szCs w:val="20"/>
                <w:lang w:eastAsia="ko-KR"/>
              </w:rPr>
              <w:t>인턴 /</w:t>
            </w:r>
            <w:proofErr w:type="gramEnd"/>
            <w:r>
              <w:rPr>
                <w:rFonts w:ascii="Noto Sans KR" w:eastAsia="Noto Sans KR" w:hAnsi="Noto Sans KR" w:hint="eastAsia"/>
                <w:color w:val="9E9E9E"/>
                <w:sz w:val="20"/>
                <w:szCs w:val="20"/>
                <w:lang w:eastAsia="ko-KR"/>
              </w:rPr>
              <w:t xml:space="preserve"> 기타</w:t>
            </w:r>
          </w:p>
        </w:tc>
      </w:tr>
      <w:tr w:rsidR="00243E7E" w:rsidRPr="00F27726" w:rsidTr="00A02A8A">
        <w:trPr>
          <w:cantSplit/>
          <w:trHeight w:hRule="exact" w:val="624"/>
          <w:jc w:val="center"/>
        </w:trPr>
        <w:tc>
          <w:tcPr>
            <w:tcW w:w="1587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shd w:val="clear" w:color="auto" w:fill="F2F2F2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243E7E" w:rsidRPr="00F27726" w:rsidRDefault="00000000">
            <w:pPr>
              <w:jc w:val="center"/>
              <w:rPr>
                <w:rFonts w:ascii="Noto Sans KR" w:eastAsia="Noto Sans KR" w:hAnsi="Noto Sans KR"/>
                <w:sz w:val="20"/>
                <w:szCs w:val="20"/>
              </w:rPr>
            </w:pPr>
            <w:proofErr w:type="spellStart"/>
            <w:r w:rsidRPr="00F27726">
              <w:rPr>
                <w:rFonts w:ascii="Noto Sans KR" w:eastAsia="Noto Sans KR" w:hAnsi="Noto Sans KR"/>
                <w:b/>
                <w:color w:val="1A1A1A"/>
                <w:sz w:val="20"/>
                <w:szCs w:val="20"/>
              </w:rPr>
              <w:t>회사</w:t>
            </w:r>
            <w:proofErr w:type="spellEnd"/>
            <w:r w:rsidRPr="00F27726">
              <w:rPr>
                <w:rFonts w:ascii="Noto Sans KR" w:eastAsia="Noto Sans KR" w:hAnsi="Noto Sans KR"/>
                <w:b/>
                <w:color w:val="1A1A1A"/>
                <w:sz w:val="20"/>
                <w:szCs w:val="20"/>
              </w:rPr>
              <w:t xml:space="preserve"> </w:t>
            </w:r>
            <w:proofErr w:type="spellStart"/>
            <w:r w:rsidRPr="00F27726">
              <w:rPr>
                <w:rFonts w:ascii="Noto Sans KR" w:eastAsia="Noto Sans KR" w:hAnsi="Noto Sans KR"/>
                <w:b/>
                <w:color w:val="1A1A1A"/>
                <w:sz w:val="20"/>
                <w:szCs w:val="20"/>
              </w:rPr>
              <w:t>주요사업</w:t>
            </w:r>
            <w:proofErr w:type="spellEnd"/>
          </w:p>
        </w:tc>
        <w:tc>
          <w:tcPr>
            <w:tcW w:w="3572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243E7E" w:rsidRPr="00F27726" w:rsidRDefault="00000000">
            <w:pPr>
              <w:rPr>
                <w:rFonts w:ascii="Noto Sans KR" w:eastAsia="Noto Sans KR" w:hAnsi="Noto Sans KR"/>
                <w:sz w:val="20"/>
                <w:szCs w:val="20"/>
                <w:lang w:eastAsia="ko-KR"/>
              </w:rPr>
            </w:pPr>
            <w:r w:rsidRPr="00F27726">
              <w:rPr>
                <w:rFonts w:ascii="Noto Sans KR" w:eastAsia="Noto Sans KR" w:hAnsi="Noto Sans KR"/>
                <w:color w:val="9E9E9E"/>
                <w:sz w:val="20"/>
                <w:szCs w:val="20"/>
                <w:lang w:eastAsia="ko-KR"/>
              </w:rPr>
              <w:t>&lt;주요 제품·서비스 중심으로 작성&gt;</w:t>
            </w:r>
          </w:p>
        </w:tc>
        <w:tc>
          <w:tcPr>
            <w:tcW w:w="1587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shd w:val="clear" w:color="auto" w:fill="F2F2F2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243E7E" w:rsidRPr="00F27726" w:rsidRDefault="00000000">
            <w:pPr>
              <w:jc w:val="center"/>
              <w:rPr>
                <w:rFonts w:ascii="Noto Sans KR" w:eastAsia="Noto Sans KR" w:hAnsi="Noto Sans KR"/>
                <w:sz w:val="20"/>
                <w:szCs w:val="20"/>
              </w:rPr>
            </w:pPr>
            <w:proofErr w:type="spellStart"/>
            <w:r w:rsidRPr="00F27726">
              <w:rPr>
                <w:rFonts w:ascii="Noto Sans KR" w:eastAsia="Noto Sans KR" w:hAnsi="Noto Sans KR"/>
                <w:b/>
                <w:color w:val="1A1A1A"/>
                <w:sz w:val="20"/>
                <w:szCs w:val="20"/>
              </w:rPr>
              <w:t>이직사유</w:t>
            </w:r>
            <w:proofErr w:type="spellEnd"/>
          </w:p>
        </w:tc>
        <w:tc>
          <w:tcPr>
            <w:tcW w:w="3572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243E7E" w:rsidRPr="00F27726" w:rsidRDefault="00000000">
            <w:pPr>
              <w:rPr>
                <w:rFonts w:ascii="Noto Sans KR" w:eastAsia="Noto Sans KR" w:hAnsi="Noto Sans KR"/>
                <w:sz w:val="20"/>
                <w:szCs w:val="20"/>
              </w:rPr>
            </w:pPr>
            <w:r w:rsidRPr="00F27726">
              <w:rPr>
                <w:rFonts w:ascii="Noto Sans KR" w:eastAsia="Noto Sans KR" w:hAnsi="Noto Sans KR"/>
                <w:color w:val="9E9E9E"/>
                <w:sz w:val="20"/>
                <w:szCs w:val="20"/>
              </w:rPr>
              <w:t>&lt;간략히 작성&gt;</w:t>
            </w:r>
          </w:p>
        </w:tc>
      </w:tr>
    </w:tbl>
    <w:p w:rsidR="00243E7E" w:rsidRPr="00A02A8A" w:rsidRDefault="00243E7E">
      <w:pPr>
        <w:spacing w:after="20"/>
        <w:rPr>
          <w:rFonts w:ascii="Noto Sans KR" w:eastAsia="Noto Sans KR" w:hAnsi="Noto Sans KR"/>
          <w:sz w:val="8"/>
          <w:szCs w:val="8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318"/>
      </w:tblGrid>
      <w:tr w:rsidR="00243E7E" w:rsidRPr="00F27726">
        <w:trPr>
          <w:cantSplit/>
          <w:jc w:val="center"/>
        </w:trPr>
        <w:tc>
          <w:tcPr>
            <w:tcW w:w="10318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shd w:val="clear" w:color="auto" w:fill="F2F2F2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243E7E" w:rsidRPr="00F27726" w:rsidRDefault="00000000">
            <w:pPr>
              <w:rPr>
                <w:rFonts w:ascii="Noto Sans KR" w:eastAsia="Noto Sans KR" w:hAnsi="Noto Sans KR"/>
                <w:sz w:val="20"/>
                <w:szCs w:val="20"/>
              </w:rPr>
            </w:pPr>
            <w:r w:rsidRPr="00F27726">
              <w:rPr>
                <w:rFonts w:ascii="Noto Sans KR" w:eastAsia="Noto Sans KR" w:hAnsi="Noto Sans KR"/>
                <w:b/>
                <w:color w:val="1A1A1A"/>
                <w:sz w:val="20"/>
                <w:szCs w:val="20"/>
              </w:rPr>
              <w:t>담당업무</w:t>
            </w:r>
          </w:p>
        </w:tc>
      </w:tr>
      <w:tr w:rsidR="00243E7E" w:rsidRPr="00F27726">
        <w:trPr>
          <w:cantSplit/>
          <w:trHeight w:val="1587"/>
          <w:jc w:val="center"/>
        </w:trPr>
        <w:tc>
          <w:tcPr>
            <w:tcW w:w="10318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243E7E" w:rsidRPr="00F27726" w:rsidRDefault="00000000">
            <w:pPr>
              <w:rPr>
                <w:rFonts w:ascii="Noto Sans KR" w:eastAsia="Noto Sans KR" w:hAnsi="Noto Sans KR"/>
                <w:sz w:val="20"/>
                <w:szCs w:val="20"/>
                <w:lang w:eastAsia="ko-KR"/>
              </w:rPr>
            </w:pPr>
            <w:r w:rsidRPr="00F27726">
              <w:rPr>
                <w:rFonts w:ascii="Noto Sans KR" w:eastAsia="Noto Sans KR" w:hAnsi="Noto Sans KR"/>
                <w:color w:val="9E9E9E"/>
                <w:sz w:val="20"/>
                <w:szCs w:val="20"/>
                <w:lang w:eastAsia="ko-KR"/>
              </w:rPr>
              <w:t>&lt;담당 업무의 범위, 책임 및 의사결정 수준을 구체적으로 작성&gt;</w:t>
            </w:r>
          </w:p>
        </w:tc>
      </w:tr>
    </w:tbl>
    <w:p w:rsidR="00243E7E" w:rsidRPr="00A02A8A" w:rsidRDefault="00243E7E">
      <w:pPr>
        <w:spacing w:after="20"/>
        <w:rPr>
          <w:rFonts w:ascii="Noto Sans KR" w:eastAsia="Noto Sans KR" w:hAnsi="Noto Sans KR"/>
          <w:sz w:val="8"/>
          <w:szCs w:val="8"/>
          <w:lang w:eastAsia="ko-KR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318"/>
      </w:tblGrid>
      <w:tr w:rsidR="00243E7E" w:rsidRPr="00F27726">
        <w:trPr>
          <w:cantSplit/>
          <w:jc w:val="center"/>
        </w:trPr>
        <w:tc>
          <w:tcPr>
            <w:tcW w:w="10318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shd w:val="clear" w:color="auto" w:fill="F2F2F2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243E7E" w:rsidRPr="00F27726" w:rsidRDefault="00000000">
            <w:pPr>
              <w:rPr>
                <w:rFonts w:ascii="Noto Sans KR" w:eastAsia="Noto Sans KR" w:hAnsi="Noto Sans KR"/>
                <w:sz w:val="20"/>
                <w:szCs w:val="20"/>
                <w:lang w:eastAsia="ko-KR"/>
              </w:rPr>
            </w:pPr>
            <w:r w:rsidRPr="00F27726">
              <w:rPr>
                <w:rFonts w:ascii="Noto Sans KR" w:eastAsia="Noto Sans KR" w:hAnsi="Noto Sans KR"/>
                <w:b/>
                <w:color w:val="1A1A1A"/>
                <w:sz w:val="20"/>
                <w:szCs w:val="20"/>
                <w:lang w:eastAsia="ko-KR"/>
              </w:rPr>
              <w:t>주요 프로젝트 및 본인 역할</w:t>
            </w:r>
          </w:p>
        </w:tc>
      </w:tr>
      <w:tr w:rsidR="00243E7E" w:rsidRPr="00F27726">
        <w:trPr>
          <w:cantSplit/>
          <w:trHeight w:val="1928"/>
          <w:jc w:val="center"/>
        </w:trPr>
        <w:tc>
          <w:tcPr>
            <w:tcW w:w="10318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243E7E" w:rsidRPr="00F27726" w:rsidRDefault="00000000">
            <w:pPr>
              <w:rPr>
                <w:rFonts w:ascii="Noto Sans KR" w:eastAsia="Noto Sans KR" w:hAnsi="Noto Sans KR"/>
                <w:sz w:val="20"/>
                <w:szCs w:val="20"/>
                <w:lang w:eastAsia="ko-KR"/>
              </w:rPr>
            </w:pPr>
            <w:r w:rsidRPr="00F27726">
              <w:rPr>
                <w:rFonts w:ascii="Noto Sans KR" w:eastAsia="Noto Sans KR" w:hAnsi="Noto Sans KR"/>
                <w:color w:val="9E9E9E"/>
                <w:sz w:val="20"/>
                <w:szCs w:val="20"/>
                <w:lang w:eastAsia="ko-KR"/>
              </w:rPr>
              <w:t>&lt;</w:t>
            </w:r>
            <w:proofErr w:type="gramStart"/>
            <w:r w:rsidRPr="00F27726">
              <w:rPr>
                <w:rFonts w:ascii="Noto Sans KR" w:eastAsia="Noto Sans KR" w:hAnsi="Noto Sans KR"/>
                <w:color w:val="9E9E9E"/>
                <w:sz w:val="20"/>
                <w:szCs w:val="20"/>
                <w:lang w:eastAsia="ko-KR"/>
              </w:rPr>
              <w:t>프로젝트명 /</w:t>
            </w:r>
            <w:proofErr w:type="gramEnd"/>
            <w:r w:rsidRPr="00F27726">
              <w:rPr>
                <w:rFonts w:ascii="Noto Sans KR" w:eastAsia="Noto Sans KR" w:hAnsi="Noto Sans KR"/>
                <w:color w:val="9E9E9E"/>
                <w:sz w:val="20"/>
                <w:szCs w:val="20"/>
                <w:lang w:eastAsia="ko-KR"/>
              </w:rPr>
              <w:t xml:space="preserve"> </w:t>
            </w:r>
            <w:proofErr w:type="gramStart"/>
            <w:r w:rsidRPr="00F27726">
              <w:rPr>
                <w:rFonts w:ascii="Noto Sans KR" w:eastAsia="Noto Sans KR" w:hAnsi="Noto Sans KR"/>
                <w:color w:val="9E9E9E"/>
                <w:sz w:val="20"/>
                <w:szCs w:val="20"/>
                <w:lang w:eastAsia="ko-KR"/>
              </w:rPr>
              <w:t>기간 /</w:t>
            </w:r>
            <w:proofErr w:type="gramEnd"/>
            <w:r w:rsidRPr="00F27726">
              <w:rPr>
                <w:rFonts w:ascii="Noto Sans KR" w:eastAsia="Noto Sans KR" w:hAnsi="Noto Sans KR"/>
                <w:color w:val="9E9E9E"/>
                <w:sz w:val="20"/>
                <w:szCs w:val="20"/>
                <w:lang w:eastAsia="ko-KR"/>
              </w:rPr>
              <w:t xml:space="preserve"> </w:t>
            </w:r>
            <w:proofErr w:type="gramStart"/>
            <w:r w:rsidRPr="00F27726">
              <w:rPr>
                <w:rFonts w:ascii="Noto Sans KR" w:eastAsia="Noto Sans KR" w:hAnsi="Noto Sans KR"/>
                <w:color w:val="9E9E9E"/>
                <w:sz w:val="20"/>
                <w:szCs w:val="20"/>
                <w:lang w:eastAsia="ko-KR"/>
              </w:rPr>
              <w:t>목적 /</w:t>
            </w:r>
            <w:proofErr w:type="gramEnd"/>
            <w:r w:rsidRPr="00F27726">
              <w:rPr>
                <w:rFonts w:ascii="Noto Sans KR" w:eastAsia="Noto Sans KR" w:hAnsi="Noto Sans KR"/>
                <w:color w:val="9E9E9E"/>
                <w:sz w:val="20"/>
                <w:szCs w:val="20"/>
                <w:lang w:eastAsia="ko-KR"/>
              </w:rPr>
              <w:t xml:space="preserve"> 본인 </w:t>
            </w:r>
            <w:proofErr w:type="gramStart"/>
            <w:r w:rsidRPr="00F27726">
              <w:rPr>
                <w:rFonts w:ascii="Noto Sans KR" w:eastAsia="Noto Sans KR" w:hAnsi="Noto Sans KR"/>
                <w:color w:val="9E9E9E"/>
                <w:sz w:val="20"/>
                <w:szCs w:val="20"/>
                <w:lang w:eastAsia="ko-KR"/>
              </w:rPr>
              <w:t>역할 /</w:t>
            </w:r>
            <w:proofErr w:type="gramEnd"/>
            <w:r w:rsidRPr="00F27726">
              <w:rPr>
                <w:rFonts w:ascii="Noto Sans KR" w:eastAsia="Noto Sans KR" w:hAnsi="Noto Sans KR"/>
                <w:color w:val="9E9E9E"/>
                <w:sz w:val="20"/>
                <w:szCs w:val="20"/>
                <w:lang w:eastAsia="ko-KR"/>
              </w:rPr>
              <w:t xml:space="preserve"> 협업 대상 및 기여도를 중심으로 작성&gt;</w:t>
            </w:r>
          </w:p>
        </w:tc>
      </w:tr>
    </w:tbl>
    <w:p w:rsidR="00243E7E" w:rsidRPr="00A02A8A" w:rsidRDefault="00243E7E">
      <w:pPr>
        <w:spacing w:after="20"/>
        <w:rPr>
          <w:rFonts w:ascii="Noto Sans KR" w:eastAsia="Noto Sans KR" w:hAnsi="Noto Sans KR"/>
          <w:sz w:val="8"/>
          <w:szCs w:val="8"/>
          <w:lang w:eastAsia="ko-KR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318"/>
      </w:tblGrid>
      <w:tr w:rsidR="00243E7E" w:rsidRPr="00F27726">
        <w:trPr>
          <w:cantSplit/>
          <w:jc w:val="center"/>
        </w:trPr>
        <w:tc>
          <w:tcPr>
            <w:tcW w:w="10318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shd w:val="clear" w:color="auto" w:fill="F2F2F2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243E7E" w:rsidRPr="00F27726" w:rsidRDefault="00000000">
            <w:pPr>
              <w:rPr>
                <w:rFonts w:ascii="Noto Sans KR" w:eastAsia="Noto Sans KR" w:hAnsi="Noto Sans KR"/>
                <w:sz w:val="20"/>
                <w:szCs w:val="20"/>
              </w:rPr>
            </w:pPr>
            <w:proofErr w:type="spellStart"/>
            <w:r w:rsidRPr="00F27726">
              <w:rPr>
                <w:rFonts w:ascii="Noto Sans KR" w:eastAsia="Noto Sans KR" w:hAnsi="Noto Sans KR"/>
                <w:b/>
                <w:color w:val="1A1A1A"/>
                <w:sz w:val="20"/>
                <w:szCs w:val="20"/>
              </w:rPr>
              <w:t>주요</w:t>
            </w:r>
            <w:proofErr w:type="spellEnd"/>
            <w:r w:rsidRPr="00F27726">
              <w:rPr>
                <w:rFonts w:ascii="Noto Sans KR" w:eastAsia="Noto Sans KR" w:hAnsi="Noto Sans KR"/>
                <w:b/>
                <w:color w:val="1A1A1A"/>
                <w:sz w:val="20"/>
                <w:szCs w:val="20"/>
              </w:rPr>
              <w:t xml:space="preserve"> </w:t>
            </w:r>
            <w:proofErr w:type="spellStart"/>
            <w:r w:rsidRPr="00F27726">
              <w:rPr>
                <w:rFonts w:ascii="Noto Sans KR" w:eastAsia="Noto Sans KR" w:hAnsi="Noto Sans KR"/>
                <w:b/>
                <w:color w:val="1A1A1A"/>
                <w:sz w:val="20"/>
                <w:szCs w:val="20"/>
              </w:rPr>
              <w:t>성과</w:t>
            </w:r>
            <w:proofErr w:type="spellEnd"/>
          </w:p>
        </w:tc>
      </w:tr>
      <w:tr w:rsidR="00243E7E" w:rsidRPr="00F27726">
        <w:trPr>
          <w:cantSplit/>
          <w:trHeight w:val="1928"/>
          <w:jc w:val="center"/>
        </w:trPr>
        <w:tc>
          <w:tcPr>
            <w:tcW w:w="10318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243E7E" w:rsidRPr="00F27726" w:rsidRDefault="00000000">
            <w:pPr>
              <w:rPr>
                <w:rFonts w:ascii="Noto Sans KR" w:eastAsia="Noto Sans KR" w:hAnsi="Noto Sans KR"/>
                <w:sz w:val="20"/>
                <w:szCs w:val="20"/>
                <w:lang w:eastAsia="ko-KR"/>
              </w:rPr>
            </w:pPr>
            <w:r w:rsidRPr="00F27726">
              <w:rPr>
                <w:rFonts w:ascii="Noto Sans KR" w:eastAsia="Noto Sans KR" w:hAnsi="Noto Sans KR"/>
                <w:color w:val="9E9E9E"/>
                <w:sz w:val="20"/>
                <w:szCs w:val="20"/>
                <w:lang w:eastAsia="ko-KR"/>
              </w:rPr>
              <w:t>&lt;성과지표와 개선 전후를 중심으로 작성하고, 수치 기재가 어려운 경우 구체적인 변화와 기여도를 작성&gt;</w:t>
            </w:r>
          </w:p>
        </w:tc>
      </w:tr>
    </w:tbl>
    <w:p w:rsidR="00243E7E" w:rsidRPr="00A02A8A" w:rsidRDefault="00243E7E">
      <w:pPr>
        <w:spacing w:after="20"/>
        <w:rPr>
          <w:rFonts w:ascii="Noto Sans KR" w:eastAsia="Noto Sans KR" w:hAnsi="Noto Sans KR"/>
          <w:sz w:val="8"/>
          <w:szCs w:val="8"/>
          <w:lang w:eastAsia="ko-KR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318"/>
      </w:tblGrid>
      <w:tr w:rsidR="00243E7E" w:rsidRPr="00F27726">
        <w:trPr>
          <w:cantSplit/>
          <w:jc w:val="center"/>
        </w:trPr>
        <w:tc>
          <w:tcPr>
            <w:tcW w:w="10318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shd w:val="clear" w:color="auto" w:fill="F2F2F2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243E7E" w:rsidRPr="00F27726" w:rsidRDefault="00000000">
            <w:pPr>
              <w:rPr>
                <w:rFonts w:ascii="Noto Sans KR" w:eastAsia="Noto Sans KR" w:hAnsi="Noto Sans KR"/>
                <w:sz w:val="20"/>
                <w:szCs w:val="20"/>
                <w:lang w:eastAsia="ko-KR"/>
              </w:rPr>
            </w:pPr>
            <w:r w:rsidRPr="00F27726">
              <w:rPr>
                <w:rFonts w:ascii="Noto Sans KR" w:eastAsia="Noto Sans KR" w:hAnsi="Noto Sans KR"/>
                <w:b/>
                <w:color w:val="1A1A1A"/>
                <w:sz w:val="20"/>
                <w:szCs w:val="20"/>
                <w:lang w:eastAsia="ko-KR"/>
              </w:rPr>
              <w:t>활용 기술·도구 및 업무환경</w:t>
            </w:r>
          </w:p>
        </w:tc>
      </w:tr>
      <w:tr w:rsidR="00243E7E" w:rsidRPr="00F27726">
        <w:trPr>
          <w:cantSplit/>
          <w:trHeight w:val="1304"/>
          <w:jc w:val="center"/>
        </w:trPr>
        <w:tc>
          <w:tcPr>
            <w:tcW w:w="10318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243E7E" w:rsidRPr="00F27726" w:rsidRDefault="00000000">
            <w:pPr>
              <w:rPr>
                <w:rFonts w:ascii="Noto Sans KR" w:eastAsia="Noto Sans KR" w:hAnsi="Noto Sans KR"/>
                <w:sz w:val="20"/>
                <w:szCs w:val="20"/>
                <w:lang w:eastAsia="ko-KR"/>
              </w:rPr>
            </w:pPr>
            <w:r w:rsidRPr="00F27726">
              <w:rPr>
                <w:rFonts w:ascii="Noto Sans KR" w:eastAsia="Noto Sans KR" w:hAnsi="Noto Sans KR"/>
                <w:color w:val="9E9E9E"/>
                <w:sz w:val="20"/>
                <w:szCs w:val="20"/>
                <w:lang w:eastAsia="ko-KR"/>
              </w:rPr>
              <w:t>&lt;시스템, 개발언어, 데이터·OA 도구, 개발환경, 방법론 및 업무 프로세스 등을 작성&gt;</w:t>
            </w:r>
          </w:p>
        </w:tc>
      </w:tr>
    </w:tbl>
    <w:p w:rsidR="00243E7E" w:rsidRPr="00A02A8A" w:rsidRDefault="00243E7E">
      <w:pPr>
        <w:spacing w:after="20"/>
        <w:rPr>
          <w:rFonts w:ascii="Noto Sans KR" w:eastAsia="Noto Sans KR" w:hAnsi="Noto Sans KR"/>
          <w:sz w:val="8"/>
          <w:szCs w:val="8"/>
          <w:lang w:eastAsia="ko-KR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701"/>
        <w:gridCol w:w="8951"/>
      </w:tblGrid>
      <w:tr w:rsidR="00243E7E" w:rsidRPr="00F27726" w:rsidTr="001325C4">
        <w:trPr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08200"/>
            <w:tcMar>
              <w:top w:w="85" w:type="dxa"/>
              <w:left w:w="100" w:type="dxa"/>
              <w:bottom w:w="85" w:type="dxa"/>
              <w:right w:w="100" w:type="dxa"/>
            </w:tcMar>
            <w:vAlign w:val="center"/>
          </w:tcPr>
          <w:p w:rsidR="00243E7E" w:rsidRPr="00F27726" w:rsidRDefault="00000000">
            <w:pPr>
              <w:jc w:val="center"/>
              <w:rPr>
                <w:rFonts w:ascii="Noto Sans KR" w:eastAsia="Noto Sans KR" w:hAnsi="Noto Sans KR"/>
                <w:sz w:val="20"/>
                <w:szCs w:val="20"/>
              </w:rPr>
            </w:pPr>
            <w:r w:rsidRPr="00F27726">
              <w:rPr>
                <w:rFonts w:ascii="Noto Sans KR" w:eastAsia="Noto Sans KR" w:hAnsi="Noto Sans KR"/>
                <w:sz w:val="20"/>
                <w:szCs w:val="20"/>
                <w:lang w:eastAsia="ko-KR"/>
              </w:rPr>
              <w:lastRenderedPageBreak/>
              <w:br w:type="page"/>
            </w:r>
            <w:r w:rsidRPr="00F27726">
              <w:rPr>
                <w:rFonts w:ascii="Noto Sans KR" w:eastAsia="Noto Sans KR" w:hAnsi="Noto Sans KR"/>
                <w:b/>
                <w:color w:val="000000"/>
                <w:sz w:val="20"/>
                <w:szCs w:val="20"/>
              </w:rPr>
              <w:t>9</w:t>
            </w:r>
          </w:p>
        </w:tc>
        <w:tc>
          <w:tcPr>
            <w:tcW w:w="8951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tcMar>
              <w:top w:w="85" w:type="dxa"/>
              <w:left w:w="100" w:type="dxa"/>
              <w:bottom w:w="85" w:type="dxa"/>
              <w:right w:w="100" w:type="dxa"/>
            </w:tcMar>
            <w:vAlign w:val="center"/>
          </w:tcPr>
          <w:p w:rsidR="00243E7E" w:rsidRPr="00F27726" w:rsidRDefault="00000000">
            <w:pPr>
              <w:rPr>
                <w:rFonts w:ascii="Noto Sans KR" w:eastAsia="Noto Sans KR" w:hAnsi="Noto Sans KR"/>
                <w:sz w:val="20"/>
                <w:szCs w:val="20"/>
              </w:rPr>
            </w:pPr>
            <w:r w:rsidRPr="00F27726">
              <w:rPr>
                <w:rFonts w:ascii="Noto Sans KR" w:eastAsia="Noto Sans KR" w:hAnsi="Noto Sans KR"/>
                <w:b/>
                <w:color w:val="FFFFFF"/>
                <w:sz w:val="20"/>
                <w:szCs w:val="20"/>
              </w:rPr>
              <w:t>채용 관련 선택사항</w:t>
            </w:r>
          </w:p>
        </w:tc>
      </w:tr>
    </w:tbl>
    <w:p w:rsidR="00243E7E" w:rsidRPr="00F27726" w:rsidRDefault="00000000">
      <w:pPr>
        <w:spacing w:before="40" w:after="80"/>
        <w:rPr>
          <w:rFonts w:ascii="Noto Sans KR" w:eastAsia="Noto Sans KR" w:hAnsi="Noto Sans KR"/>
          <w:sz w:val="20"/>
          <w:szCs w:val="20"/>
          <w:lang w:eastAsia="ko-KR"/>
        </w:rPr>
      </w:pPr>
      <w:r w:rsidRPr="00F27726">
        <w:rPr>
          <w:rFonts w:ascii="Noto Sans KR" w:eastAsia="Noto Sans KR" w:hAnsi="Noto Sans KR"/>
          <w:color w:val="666666"/>
          <w:sz w:val="20"/>
          <w:szCs w:val="20"/>
          <w:lang w:eastAsia="ko-KR"/>
        </w:rPr>
        <w:t>※ 아래 항목은 필요한 경우에만 작성하며, 미작성에 따른 일반 채용전형상 불이익은 없습니다.</w:t>
      </w:r>
    </w:p>
    <w:p w:rsidR="00243E7E" w:rsidRPr="00F27726" w:rsidRDefault="00000000">
      <w:pPr>
        <w:spacing w:after="60"/>
        <w:rPr>
          <w:rFonts w:ascii="Noto Sans KR" w:eastAsia="Noto Sans KR" w:hAnsi="Noto Sans KR"/>
          <w:sz w:val="20"/>
          <w:szCs w:val="20"/>
          <w:lang w:eastAsia="ko-KR"/>
        </w:rPr>
      </w:pPr>
      <w:r w:rsidRPr="00F27726">
        <w:rPr>
          <w:rFonts w:ascii="Noto Sans KR" w:eastAsia="Noto Sans KR" w:hAnsi="Noto Sans KR"/>
          <w:b/>
          <w:color w:val="1A1A1A"/>
          <w:sz w:val="20"/>
          <w:szCs w:val="20"/>
          <w:lang w:eastAsia="ko-KR"/>
        </w:rPr>
        <w:t>채용정보 유입경로 (선택)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381"/>
        <w:gridCol w:w="7937"/>
      </w:tblGrid>
      <w:tr w:rsidR="00243E7E" w:rsidRPr="00F27726">
        <w:trPr>
          <w:cantSplit/>
          <w:trHeight w:val="624"/>
          <w:jc w:val="center"/>
        </w:trPr>
        <w:tc>
          <w:tcPr>
            <w:tcW w:w="2381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shd w:val="clear" w:color="auto" w:fill="F2F2F2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243E7E" w:rsidRPr="00F27726" w:rsidRDefault="00000000">
            <w:pPr>
              <w:jc w:val="center"/>
              <w:rPr>
                <w:rFonts w:ascii="Noto Sans KR" w:eastAsia="Noto Sans KR" w:hAnsi="Noto Sans KR"/>
                <w:sz w:val="20"/>
                <w:szCs w:val="20"/>
                <w:lang w:eastAsia="ko-KR"/>
              </w:rPr>
            </w:pPr>
            <w:r w:rsidRPr="00F27726">
              <w:rPr>
                <w:rFonts w:ascii="Noto Sans KR" w:eastAsia="Noto Sans KR" w:hAnsi="Noto Sans KR"/>
                <w:b/>
                <w:color w:val="1A1A1A"/>
                <w:sz w:val="20"/>
                <w:szCs w:val="20"/>
                <w:lang w:eastAsia="ko-KR"/>
              </w:rPr>
              <w:t>KSNET을 알게 된 경로</w:t>
            </w:r>
          </w:p>
        </w:tc>
        <w:tc>
          <w:tcPr>
            <w:tcW w:w="7937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243E7E" w:rsidRPr="00F27726" w:rsidRDefault="00000000">
            <w:pPr>
              <w:rPr>
                <w:rFonts w:ascii="Noto Sans KR" w:eastAsia="Noto Sans KR" w:hAnsi="Noto Sans KR"/>
                <w:sz w:val="20"/>
                <w:szCs w:val="20"/>
                <w:lang w:eastAsia="ko-KR"/>
              </w:rPr>
            </w:pPr>
            <w:r w:rsidRPr="00F27726">
              <w:rPr>
                <w:rFonts w:ascii="Noto Sans KR" w:eastAsia="Noto Sans KR" w:hAnsi="Noto Sans KR"/>
                <w:color w:val="9E9E9E"/>
                <w:sz w:val="20"/>
                <w:szCs w:val="20"/>
                <w:lang w:eastAsia="ko-KR"/>
              </w:rPr>
              <w:t xml:space="preserve">□ </w:t>
            </w:r>
            <w:proofErr w:type="gramStart"/>
            <w:r w:rsidRPr="00F27726">
              <w:rPr>
                <w:rFonts w:ascii="Noto Sans KR" w:eastAsia="Noto Sans KR" w:hAnsi="Noto Sans KR"/>
                <w:color w:val="9E9E9E"/>
                <w:sz w:val="20"/>
                <w:szCs w:val="20"/>
                <w:lang w:eastAsia="ko-KR"/>
              </w:rPr>
              <w:t>채용사이트  □</w:t>
            </w:r>
            <w:proofErr w:type="gramEnd"/>
            <w:r w:rsidRPr="00F27726">
              <w:rPr>
                <w:rFonts w:ascii="Noto Sans KR" w:eastAsia="Noto Sans KR" w:hAnsi="Noto Sans KR"/>
                <w:color w:val="9E9E9E"/>
                <w:sz w:val="20"/>
                <w:szCs w:val="20"/>
                <w:lang w:eastAsia="ko-KR"/>
              </w:rPr>
              <w:t xml:space="preserve"> 학교·</w:t>
            </w:r>
            <w:proofErr w:type="gramStart"/>
            <w:r w:rsidRPr="00F27726">
              <w:rPr>
                <w:rFonts w:ascii="Noto Sans KR" w:eastAsia="Noto Sans KR" w:hAnsi="Noto Sans KR"/>
                <w:color w:val="9E9E9E"/>
                <w:sz w:val="20"/>
                <w:szCs w:val="20"/>
                <w:lang w:eastAsia="ko-KR"/>
              </w:rPr>
              <w:t>기관  □</w:t>
            </w:r>
            <w:proofErr w:type="gramEnd"/>
            <w:r w:rsidRPr="00F27726">
              <w:rPr>
                <w:rFonts w:ascii="Noto Sans KR" w:eastAsia="Noto Sans KR" w:hAnsi="Noto Sans KR"/>
                <w:color w:val="9E9E9E"/>
                <w:sz w:val="20"/>
                <w:szCs w:val="20"/>
                <w:lang w:eastAsia="ko-KR"/>
              </w:rPr>
              <w:t xml:space="preserve"> 임직원 </w:t>
            </w:r>
            <w:proofErr w:type="gramStart"/>
            <w:r w:rsidRPr="00F27726">
              <w:rPr>
                <w:rFonts w:ascii="Noto Sans KR" w:eastAsia="Noto Sans KR" w:hAnsi="Noto Sans KR"/>
                <w:color w:val="9E9E9E"/>
                <w:sz w:val="20"/>
                <w:szCs w:val="20"/>
                <w:lang w:eastAsia="ko-KR"/>
              </w:rPr>
              <w:t>추천  □</w:t>
            </w:r>
            <w:proofErr w:type="gramEnd"/>
            <w:r w:rsidRPr="00F27726">
              <w:rPr>
                <w:rFonts w:ascii="Noto Sans KR" w:eastAsia="Noto Sans KR" w:hAnsi="Noto Sans KR"/>
                <w:color w:val="9E9E9E"/>
                <w:sz w:val="20"/>
                <w:szCs w:val="20"/>
                <w:lang w:eastAsia="ko-KR"/>
              </w:rPr>
              <w:t xml:space="preserve"> 검색·</w:t>
            </w:r>
            <w:proofErr w:type="gramStart"/>
            <w:r w:rsidRPr="00F27726">
              <w:rPr>
                <w:rFonts w:ascii="Noto Sans KR" w:eastAsia="Noto Sans KR" w:hAnsi="Noto Sans KR"/>
                <w:color w:val="9E9E9E"/>
                <w:sz w:val="20"/>
                <w:szCs w:val="20"/>
                <w:lang w:eastAsia="ko-KR"/>
              </w:rPr>
              <w:t>SNS  □</w:t>
            </w:r>
            <w:proofErr w:type="gramEnd"/>
            <w:r w:rsidRPr="00F27726">
              <w:rPr>
                <w:rFonts w:ascii="Noto Sans KR" w:eastAsia="Noto Sans KR" w:hAnsi="Noto Sans KR"/>
                <w:color w:val="9E9E9E"/>
                <w:sz w:val="20"/>
                <w:szCs w:val="20"/>
                <w:lang w:eastAsia="ko-KR"/>
              </w:rPr>
              <w:t xml:space="preserve"> </w:t>
            </w:r>
            <w:proofErr w:type="gramStart"/>
            <w:r w:rsidRPr="00F27726">
              <w:rPr>
                <w:rFonts w:ascii="Noto Sans KR" w:eastAsia="Noto Sans KR" w:hAnsi="Noto Sans KR"/>
                <w:color w:val="9E9E9E"/>
                <w:sz w:val="20"/>
                <w:szCs w:val="20"/>
                <w:lang w:eastAsia="ko-KR"/>
              </w:rPr>
              <w:t xml:space="preserve">기타(  </w:t>
            </w:r>
            <w:proofErr w:type="gramEnd"/>
            <w:r w:rsidRPr="00F27726">
              <w:rPr>
                <w:rFonts w:ascii="Noto Sans KR" w:eastAsia="Noto Sans KR" w:hAnsi="Noto Sans KR"/>
                <w:color w:val="9E9E9E"/>
                <w:sz w:val="20"/>
                <w:szCs w:val="20"/>
                <w:lang w:eastAsia="ko-KR"/>
              </w:rPr>
              <w:t xml:space="preserve">        )</w:t>
            </w:r>
          </w:p>
        </w:tc>
      </w:tr>
      <w:tr w:rsidR="00243E7E" w:rsidRPr="00F27726">
        <w:trPr>
          <w:cantSplit/>
          <w:trHeight w:val="624"/>
          <w:jc w:val="center"/>
        </w:trPr>
        <w:tc>
          <w:tcPr>
            <w:tcW w:w="2381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shd w:val="clear" w:color="auto" w:fill="F2F2F2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243E7E" w:rsidRPr="00F27726" w:rsidRDefault="00000000">
            <w:pPr>
              <w:jc w:val="center"/>
              <w:rPr>
                <w:rFonts w:ascii="Noto Sans KR" w:eastAsia="Noto Sans KR" w:hAnsi="Noto Sans KR"/>
                <w:sz w:val="20"/>
                <w:szCs w:val="20"/>
              </w:rPr>
            </w:pPr>
            <w:proofErr w:type="spellStart"/>
            <w:r w:rsidRPr="00F27726">
              <w:rPr>
                <w:rFonts w:ascii="Noto Sans KR" w:eastAsia="Noto Sans KR" w:hAnsi="Noto Sans KR"/>
                <w:b/>
                <w:color w:val="1A1A1A"/>
                <w:sz w:val="20"/>
                <w:szCs w:val="20"/>
              </w:rPr>
              <w:t>채용공고</w:t>
            </w:r>
            <w:proofErr w:type="spellEnd"/>
            <w:r w:rsidRPr="00F27726">
              <w:rPr>
                <w:rFonts w:ascii="Noto Sans KR" w:eastAsia="Noto Sans KR" w:hAnsi="Noto Sans KR"/>
                <w:b/>
                <w:color w:val="1A1A1A"/>
                <w:sz w:val="20"/>
                <w:szCs w:val="20"/>
              </w:rPr>
              <w:t xml:space="preserve"> </w:t>
            </w:r>
            <w:proofErr w:type="spellStart"/>
            <w:r w:rsidRPr="00F27726">
              <w:rPr>
                <w:rFonts w:ascii="Noto Sans KR" w:eastAsia="Noto Sans KR" w:hAnsi="Noto Sans KR"/>
                <w:b/>
                <w:color w:val="1A1A1A"/>
                <w:sz w:val="20"/>
                <w:szCs w:val="20"/>
              </w:rPr>
              <w:t>확인</w:t>
            </w:r>
            <w:proofErr w:type="spellEnd"/>
            <w:r w:rsidRPr="00F27726">
              <w:rPr>
                <w:rFonts w:ascii="Noto Sans KR" w:eastAsia="Noto Sans KR" w:hAnsi="Noto Sans KR"/>
                <w:b/>
                <w:color w:val="1A1A1A"/>
                <w:sz w:val="20"/>
                <w:szCs w:val="20"/>
              </w:rPr>
              <w:t xml:space="preserve"> </w:t>
            </w:r>
            <w:proofErr w:type="spellStart"/>
            <w:r w:rsidRPr="00F27726">
              <w:rPr>
                <w:rFonts w:ascii="Noto Sans KR" w:eastAsia="Noto Sans KR" w:hAnsi="Noto Sans KR"/>
                <w:b/>
                <w:color w:val="1A1A1A"/>
                <w:sz w:val="20"/>
                <w:szCs w:val="20"/>
              </w:rPr>
              <w:t>경로</w:t>
            </w:r>
            <w:proofErr w:type="spellEnd"/>
          </w:p>
        </w:tc>
        <w:tc>
          <w:tcPr>
            <w:tcW w:w="7937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243E7E" w:rsidRPr="00F27726" w:rsidRDefault="00000000">
            <w:pPr>
              <w:rPr>
                <w:rFonts w:ascii="Noto Sans KR" w:eastAsia="Noto Sans KR" w:hAnsi="Noto Sans KR"/>
                <w:sz w:val="20"/>
                <w:szCs w:val="20"/>
              </w:rPr>
            </w:pPr>
            <w:r w:rsidRPr="00F27726">
              <w:rPr>
                <w:rFonts w:ascii="Noto Sans KR" w:eastAsia="Noto Sans KR" w:hAnsi="Noto Sans KR"/>
                <w:color w:val="9E9E9E"/>
                <w:sz w:val="20"/>
                <w:szCs w:val="20"/>
              </w:rPr>
              <w:t>&lt;사이트·채널명&gt;</w:t>
            </w:r>
          </w:p>
        </w:tc>
      </w:tr>
    </w:tbl>
    <w:p w:rsidR="00243E7E" w:rsidRPr="00A02A8A" w:rsidRDefault="00243E7E">
      <w:pPr>
        <w:spacing w:after="40"/>
        <w:rPr>
          <w:rFonts w:ascii="Noto Sans KR" w:eastAsia="Noto Sans KR" w:hAnsi="Noto Sans KR"/>
          <w:sz w:val="8"/>
          <w:szCs w:val="8"/>
        </w:rPr>
      </w:pPr>
    </w:p>
    <w:p w:rsidR="00243E7E" w:rsidRPr="00F27726" w:rsidRDefault="00000000">
      <w:pPr>
        <w:spacing w:after="60"/>
        <w:rPr>
          <w:rFonts w:ascii="Noto Sans KR" w:eastAsia="Noto Sans KR" w:hAnsi="Noto Sans KR"/>
          <w:sz w:val="20"/>
          <w:szCs w:val="20"/>
          <w:lang w:eastAsia="ko-KR"/>
        </w:rPr>
      </w:pPr>
      <w:r w:rsidRPr="00F27726">
        <w:rPr>
          <w:rFonts w:ascii="Noto Sans KR" w:eastAsia="Noto Sans KR" w:hAnsi="Noto Sans KR"/>
          <w:b/>
          <w:color w:val="1A1A1A"/>
          <w:sz w:val="20"/>
          <w:szCs w:val="20"/>
          <w:lang w:eastAsia="ko-KR"/>
        </w:rPr>
        <w:t>취업지원대상자(보훈) 우대 신청 (선택)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381"/>
        <w:gridCol w:w="7937"/>
      </w:tblGrid>
      <w:tr w:rsidR="00243E7E" w:rsidRPr="00F27726">
        <w:trPr>
          <w:cantSplit/>
          <w:trHeight w:val="680"/>
          <w:jc w:val="center"/>
        </w:trPr>
        <w:tc>
          <w:tcPr>
            <w:tcW w:w="2381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shd w:val="clear" w:color="auto" w:fill="F2F2F2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243E7E" w:rsidRPr="00F27726" w:rsidRDefault="00000000">
            <w:pPr>
              <w:jc w:val="center"/>
              <w:rPr>
                <w:rFonts w:ascii="Noto Sans KR" w:eastAsia="Noto Sans KR" w:hAnsi="Noto Sans KR"/>
                <w:sz w:val="20"/>
                <w:szCs w:val="20"/>
              </w:rPr>
            </w:pPr>
            <w:proofErr w:type="spellStart"/>
            <w:r w:rsidRPr="00F27726">
              <w:rPr>
                <w:rFonts w:ascii="Noto Sans KR" w:eastAsia="Noto Sans KR" w:hAnsi="Noto Sans KR"/>
                <w:b/>
                <w:color w:val="1A1A1A"/>
                <w:sz w:val="20"/>
                <w:szCs w:val="20"/>
              </w:rPr>
              <w:t>우대</w:t>
            </w:r>
            <w:proofErr w:type="spellEnd"/>
            <w:r w:rsidRPr="00F27726">
              <w:rPr>
                <w:rFonts w:ascii="Noto Sans KR" w:eastAsia="Noto Sans KR" w:hAnsi="Noto Sans KR"/>
                <w:b/>
                <w:color w:val="1A1A1A"/>
                <w:sz w:val="20"/>
                <w:szCs w:val="20"/>
              </w:rPr>
              <w:t xml:space="preserve"> </w:t>
            </w:r>
            <w:proofErr w:type="spellStart"/>
            <w:r w:rsidRPr="00F27726">
              <w:rPr>
                <w:rFonts w:ascii="Noto Sans KR" w:eastAsia="Noto Sans KR" w:hAnsi="Noto Sans KR"/>
                <w:b/>
                <w:color w:val="1A1A1A"/>
                <w:sz w:val="20"/>
                <w:szCs w:val="20"/>
              </w:rPr>
              <w:t>적용</w:t>
            </w:r>
            <w:proofErr w:type="spellEnd"/>
            <w:r w:rsidRPr="00F27726">
              <w:rPr>
                <w:rFonts w:ascii="Noto Sans KR" w:eastAsia="Noto Sans KR" w:hAnsi="Noto Sans KR"/>
                <w:b/>
                <w:color w:val="1A1A1A"/>
                <w:sz w:val="20"/>
                <w:szCs w:val="20"/>
              </w:rPr>
              <w:t xml:space="preserve"> </w:t>
            </w:r>
            <w:proofErr w:type="spellStart"/>
            <w:r w:rsidRPr="00F27726">
              <w:rPr>
                <w:rFonts w:ascii="Noto Sans KR" w:eastAsia="Noto Sans KR" w:hAnsi="Noto Sans KR"/>
                <w:b/>
                <w:color w:val="1A1A1A"/>
                <w:sz w:val="20"/>
                <w:szCs w:val="20"/>
              </w:rPr>
              <w:t>신청</w:t>
            </w:r>
            <w:proofErr w:type="spellEnd"/>
          </w:p>
        </w:tc>
        <w:tc>
          <w:tcPr>
            <w:tcW w:w="7937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243E7E" w:rsidRPr="00F27726" w:rsidRDefault="00000000">
            <w:pPr>
              <w:rPr>
                <w:rFonts w:ascii="Noto Sans KR" w:eastAsia="Noto Sans KR" w:hAnsi="Noto Sans KR"/>
                <w:sz w:val="20"/>
                <w:szCs w:val="20"/>
                <w:lang w:eastAsia="ko-KR"/>
              </w:rPr>
            </w:pPr>
            <w:r w:rsidRPr="00F27726">
              <w:rPr>
                <w:rFonts w:ascii="Noto Sans KR" w:eastAsia="Noto Sans KR" w:hAnsi="Noto Sans KR"/>
                <w:color w:val="9E9E9E"/>
                <w:sz w:val="20"/>
                <w:szCs w:val="20"/>
                <w:lang w:eastAsia="ko-KR"/>
              </w:rPr>
              <w:t xml:space="preserve">□ </w:t>
            </w:r>
            <w:proofErr w:type="gramStart"/>
            <w:r w:rsidRPr="00F27726">
              <w:rPr>
                <w:rFonts w:ascii="Noto Sans KR" w:eastAsia="Noto Sans KR" w:hAnsi="Noto Sans KR"/>
                <w:color w:val="9E9E9E"/>
                <w:sz w:val="20"/>
                <w:szCs w:val="20"/>
                <w:lang w:eastAsia="ko-KR"/>
              </w:rPr>
              <w:t>신청함  □</w:t>
            </w:r>
            <w:proofErr w:type="gramEnd"/>
            <w:r w:rsidRPr="00F27726">
              <w:rPr>
                <w:rFonts w:ascii="Noto Sans KR" w:eastAsia="Noto Sans KR" w:hAnsi="Noto Sans KR"/>
                <w:color w:val="9E9E9E"/>
                <w:sz w:val="20"/>
                <w:szCs w:val="20"/>
                <w:lang w:eastAsia="ko-KR"/>
              </w:rPr>
              <w:t xml:space="preserve"> 신청하지 않음</w:t>
            </w:r>
          </w:p>
        </w:tc>
      </w:tr>
      <w:tr w:rsidR="00243E7E" w:rsidRPr="00F27726">
        <w:trPr>
          <w:cantSplit/>
          <w:trHeight w:val="680"/>
          <w:jc w:val="center"/>
        </w:trPr>
        <w:tc>
          <w:tcPr>
            <w:tcW w:w="2381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shd w:val="clear" w:color="auto" w:fill="F2F2F2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243E7E" w:rsidRPr="00F27726" w:rsidRDefault="00000000">
            <w:pPr>
              <w:jc w:val="center"/>
              <w:rPr>
                <w:rFonts w:ascii="Noto Sans KR" w:eastAsia="Noto Sans KR" w:hAnsi="Noto Sans KR"/>
                <w:sz w:val="20"/>
                <w:szCs w:val="20"/>
              </w:rPr>
            </w:pPr>
            <w:proofErr w:type="spellStart"/>
            <w:r w:rsidRPr="00F27726">
              <w:rPr>
                <w:rFonts w:ascii="Noto Sans KR" w:eastAsia="Noto Sans KR" w:hAnsi="Noto Sans KR"/>
                <w:b/>
                <w:color w:val="1A1A1A"/>
                <w:sz w:val="20"/>
                <w:szCs w:val="20"/>
              </w:rPr>
              <w:t>안내사항</w:t>
            </w:r>
            <w:proofErr w:type="spellEnd"/>
          </w:p>
        </w:tc>
        <w:tc>
          <w:tcPr>
            <w:tcW w:w="7937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243E7E" w:rsidRPr="00F27726" w:rsidRDefault="00000000">
            <w:pPr>
              <w:rPr>
                <w:rFonts w:ascii="Noto Sans KR" w:eastAsia="Noto Sans KR" w:hAnsi="Noto Sans KR"/>
                <w:sz w:val="20"/>
                <w:szCs w:val="20"/>
                <w:lang w:eastAsia="ko-KR"/>
              </w:rPr>
            </w:pPr>
            <w:r w:rsidRPr="00F27726">
              <w:rPr>
                <w:rFonts w:ascii="Noto Sans KR" w:eastAsia="Noto Sans KR" w:hAnsi="Noto Sans KR"/>
                <w:color w:val="1A1A1A"/>
                <w:sz w:val="20"/>
                <w:szCs w:val="20"/>
                <w:lang w:eastAsia="ko-KR"/>
              </w:rPr>
              <w:t>우대 적용에 필요한 증빙서류는 전형 과정에서 회사가 별도로 요청하는 경우에만 제출합니다.</w:t>
            </w:r>
          </w:p>
        </w:tc>
      </w:tr>
    </w:tbl>
    <w:p w:rsidR="00243E7E" w:rsidRPr="00A02A8A" w:rsidRDefault="00243E7E">
      <w:pPr>
        <w:spacing w:after="40"/>
        <w:rPr>
          <w:rFonts w:ascii="Noto Sans KR" w:eastAsia="Noto Sans KR" w:hAnsi="Noto Sans KR"/>
          <w:sz w:val="8"/>
          <w:szCs w:val="8"/>
          <w:lang w:eastAsia="ko-KR"/>
        </w:rPr>
      </w:pPr>
    </w:p>
    <w:p w:rsidR="00243E7E" w:rsidRPr="00F27726" w:rsidRDefault="00000000">
      <w:pPr>
        <w:spacing w:after="60"/>
        <w:rPr>
          <w:rFonts w:ascii="Noto Sans KR" w:eastAsia="Noto Sans KR" w:hAnsi="Noto Sans KR"/>
          <w:sz w:val="20"/>
          <w:szCs w:val="20"/>
          <w:lang w:eastAsia="ko-KR"/>
        </w:rPr>
      </w:pPr>
      <w:r w:rsidRPr="00F27726">
        <w:rPr>
          <w:rFonts w:ascii="Noto Sans KR" w:eastAsia="Noto Sans KR" w:hAnsi="Noto Sans KR"/>
          <w:b/>
          <w:color w:val="1A1A1A"/>
          <w:sz w:val="20"/>
          <w:szCs w:val="20"/>
          <w:lang w:eastAsia="ko-KR"/>
        </w:rPr>
        <w:t>장애 관련 채용전형 편의 제공 요청 (선택)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381"/>
        <w:gridCol w:w="7937"/>
      </w:tblGrid>
      <w:tr w:rsidR="00243E7E" w:rsidRPr="00F27726">
        <w:trPr>
          <w:cantSplit/>
          <w:trHeight w:val="680"/>
          <w:jc w:val="center"/>
        </w:trPr>
        <w:tc>
          <w:tcPr>
            <w:tcW w:w="2381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shd w:val="clear" w:color="auto" w:fill="F2F2F2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243E7E" w:rsidRPr="00F27726" w:rsidRDefault="00000000">
            <w:pPr>
              <w:jc w:val="center"/>
              <w:rPr>
                <w:rFonts w:ascii="Noto Sans KR" w:eastAsia="Noto Sans KR" w:hAnsi="Noto Sans KR"/>
                <w:sz w:val="20"/>
                <w:szCs w:val="20"/>
              </w:rPr>
            </w:pPr>
            <w:proofErr w:type="spellStart"/>
            <w:r w:rsidRPr="00F27726">
              <w:rPr>
                <w:rFonts w:ascii="Noto Sans KR" w:eastAsia="Noto Sans KR" w:hAnsi="Noto Sans KR"/>
                <w:b/>
                <w:color w:val="1A1A1A"/>
                <w:sz w:val="20"/>
                <w:szCs w:val="20"/>
              </w:rPr>
              <w:t>편의</w:t>
            </w:r>
            <w:proofErr w:type="spellEnd"/>
            <w:r w:rsidRPr="00F27726">
              <w:rPr>
                <w:rFonts w:ascii="Noto Sans KR" w:eastAsia="Noto Sans KR" w:hAnsi="Noto Sans KR"/>
                <w:b/>
                <w:color w:val="1A1A1A"/>
                <w:sz w:val="20"/>
                <w:szCs w:val="20"/>
              </w:rPr>
              <w:t xml:space="preserve"> </w:t>
            </w:r>
            <w:proofErr w:type="spellStart"/>
            <w:r w:rsidRPr="00F27726">
              <w:rPr>
                <w:rFonts w:ascii="Noto Sans KR" w:eastAsia="Noto Sans KR" w:hAnsi="Noto Sans KR"/>
                <w:b/>
                <w:color w:val="1A1A1A"/>
                <w:sz w:val="20"/>
                <w:szCs w:val="20"/>
              </w:rPr>
              <w:t>제공</w:t>
            </w:r>
            <w:proofErr w:type="spellEnd"/>
            <w:r w:rsidRPr="00F27726">
              <w:rPr>
                <w:rFonts w:ascii="Noto Sans KR" w:eastAsia="Noto Sans KR" w:hAnsi="Noto Sans KR"/>
                <w:b/>
                <w:color w:val="1A1A1A"/>
                <w:sz w:val="20"/>
                <w:szCs w:val="20"/>
              </w:rPr>
              <w:t xml:space="preserve"> </w:t>
            </w:r>
            <w:proofErr w:type="spellStart"/>
            <w:r w:rsidRPr="00F27726">
              <w:rPr>
                <w:rFonts w:ascii="Noto Sans KR" w:eastAsia="Noto Sans KR" w:hAnsi="Noto Sans KR"/>
                <w:b/>
                <w:color w:val="1A1A1A"/>
                <w:sz w:val="20"/>
                <w:szCs w:val="20"/>
              </w:rPr>
              <w:t>요청</w:t>
            </w:r>
            <w:proofErr w:type="spellEnd"/>
          </w:p>
        </w:tc>
        <w:tc>
          <w:tcPr>
            <w:tcW w:w="7937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243E7E" w:rsidRPr="00F27726" w:rsidRDefault="00000000">
            <w:pPr>
              <w:rPr>
                <w:rFonts w:ascii="Noto Sans KR" w:eastAsia="Noto Sans KR" w:hAnsi="Noto Sans KR"/>
                <w:sz w:val="20"/>
                <w:szCs w:val="20"/>
                <w:lang w:eastAsia="ko-KR"/>
              </w:rPr>
            </w:pPr>
            <w:r w:rsidRPr="00F27726">
              <w:rPr>
                <w:rFonts w:ascii="Noto Sans KR" w:eastAsia="Noto Sans KR" w:hAnsi="Noto Sans KR"/>
                <w:color w:val="9E9E9E"/>
                <w:sz w:val="20"/>
                <w:szCs w:val="20"/>
                <w:lang w:eastAsia="ko-KR"/>
              </w:rPr>
              <w:t xml:space="preserve">□ </w:t>
            </w:r>
            <w:proofErr w:type="gramStart"/>
            <w:r w:rsidRPr="00F27726">
              <w:rPr>
                <w:rFonts w:ascii="Noto Sans KR" w:eastAsia="Noto Sans KR" w:hAnsi="Noto Sans KR"/>
                <w:color w:val="9E9E9E"/>
                <w:sz w:val="20"/>
                <w:szCs w:val="20"/>
                <w:lang w:eastAsia="ko-KR"/>
              </w:rPr>
              <w:t>요청함  □</w:t>
            </w:r>
            <w:proofErr w:type="gramEnd"/>
            <w:r w:rsidRPr="00F27726">
              <w:rPr>
                <w:rFonts w:ascii="Noto Sans KR" w:eastAsia="Noto Sans KR" w:hAnsi="Noto Sans KR"/>
                <w:color w:val="9E9E9E"/>
                <w:sz w:val="20"/>
                <w:szCs w:val="20"/>
                <w:lang w:eastAsia="ko-KR"/>
              </w:rPr>
              <w:t xml:space="preserve"> 요청하지 않음</w:t>
            </w:r>
          </w:p>
        </w:tc>
      </w:tr>
      <w:tr w:rsidR="00243E7E" w:rsidRPr="00F27726">
        <w:trPr>
          <w:cantSplit/>
          <w:trHeight w:val="907"/>
          <w:jc w:val="center"/>
        </w:trPr>
        <w:tc>
          <w:tcPr>
            <w:tcW w:w="2381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shd w:val="clear" w:color="auto" w:fill="F2F2F2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243E7E" w:rsidRPr="00F27726" w:rsidRDefault="00000000">
            <w:pPr>
              <w:jc w:val="center"/>
              <w:rPr>
                <w:rFonts w:ascii="Noto Sans KR" w:eastAsia="Noto Sans KR" w:hAnsi="Noto Sans KR"/>
                <w:sz w:val="20"/>
                <w:szCs w:val="20"/>
              </w:rPr>
            </w:pPr>
            <w:proofErr w:type="spellStart"/>
            <w:r w:rsidRPr="00F27726">
              <w:rPr>
                <w:rFonts w:ascii="Noto Sans KR" w:eastAsia="Noto Sans KR" w:hAnsi="Noto Sans KR"/>
                <w:b/>
                <w:color w:val="1A1A1A"/>
                <w:sz w:val="20"/>
                <w:szCs w:val="20"/>
              </w:rPr>
              <w:t>필요한</w:t>
            </w:r>
            <w:proofErr w:type="spellEnd"/>
            <w:r w:rsidRPr="00F27726">
              <w:rPr>
                <w:rFonts w:ascii="Noto Sans KR" w:eastAsia="Noto Sans KR" w:hAnsi="Noto Sans KR"/>
                <w:b/>
                <w:color w:val="1A1A1A"/>
                <w:sz w:val="20"/>
                <w:szCs w:val="20"/>
              </w:rPr>
              <w:t xml:space="preserve"> </w:t>
            </w:r>
            <w:proofErr w:type="spellStart"/>
            <w:r w:rsidRPr="00F27726">
              <w:rPr>
                <w:rFonts w:ascii="Noto Sans KR" w:eastAsia="Noto Sans KR" w:hAnsi="Noto Sans KR"/>
                <w:b/>
                <w:color w:val="1A1A1A"/>
                <w:sz w:val="20"/>
                <w:szCs w:val="20"/>
              </w:rPr>
              <w:t>편의사항</w:t>
            </w:r>
            <w:proofErr w:type="spellEnd"/>
          </w:p>
        </w:tc>
        <w:tc>
          <w:tcPr>
            <w:tcW w:w="7937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243E7E" w:rsidRPr="00F27726" w:rsidRDefault="00000000">
            <w:pPr>
              <w:rPr>
                <w:rFonts w:ascii="Noto Sans KR" w:eastAsia="Noto Sans KR" w:hAnsi="Noto Sans KR"/>
                <w:sz w:val="20"/>
                <w:szCs w:val="20"/>
                <w:lang w:eastAsia="ko-KR"/>
              </w:rPr>
            </w:pPr>
            <w:r w:rsidRPr="00F27726">
              <w:rPr>
                <w:rFonts w:ascii="Noto Sans KR" w:eastAsia="Noto Sans KR" w:hAnsi="Noto Sans KR"/>
                <w:color w:val="9E9E9E"/>
                <w:sz w:val="20"/>
                <w:szCs w:val="20"/>
                <w:lang w:eastAsia="ko-KR"/>
              </w:rPr>
              <w:t>&lt;접근성, 이동, 의사소통 등 전형 참여에 필요한 사항만 기재&gt;</w:t>
            </w:r>
          </w:p>
        </w:tc>
      </w:tr>
      <w:tr w:rsidR="00243E7E" w:rsidRPr="00F27726">
        <w:trPr>
          <w:cantSplit/>
          <w:trHeight w:val="680"/>
          <w:jc w:val="center"/>
        </w:trPr>
        <w:tc>
          <w:tcPr>
            <w:tcW w:w="2381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shd w:val="clear" w:color="auto" w:fill="F2F2F2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243E7E" w:rsidRPr="00F27726" w:rsidRDefault="00000000">
            <w:pPr>
              <w:jc w:val="center"/>
              <w:rPr>
                <w:rFonts w:ascii="Noto Sans KR" w:eastAsia="Noto Sans KR" w:hAnsi="Noto Sans KR"/>
                <w:sz w:val="20"/>
                <w:szCs w:val="20"/>
              </w:rPr>
            </w:pPr>
            <w:proofErr w:type="spellStart"/>
            <w:r w:rsidRPr="00F27726">
              <w:rPr>
                <w:rFonts w:ascii="Noto Sans KR" w:eastAsia="Noto Sans KR" w:hAnsi="Noto Sans KR"/>
                <w:b/>
                <w:color w:val="1A1A1A"/>
                <w:sz w:val="20"/>
                <w:szCs w:val="20"/>
              </w:rPr>
              <w:t>안내사항</w:t>
            </w:r>
            <w:proofErr w:type="spellEnd"/>
          </w:p>
        </w:tc>
        <w:tc>
          <w:tcPr>
            <w:tcW w:w="7937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243E7E" w:rsidRPr="00F27726" w:rsidRDefault="00000000">
            <w:pPr>
              <w:rPr>
                <w:rFonts w:ascii="Noto Sans KR" w:eastAsia="Noto Sans KR" w:hAnsi="Noto Sans KR"/>
                <w:sz w:val="20"/>
                <w:szCs w:val="20"/>
                <w:lang w:eastAsia="ko-KR"/>
              </w:rPr>
            </w:pPr>
            <w:r w:rsidRPr="00F27726">
              <w:rPr>
                <w:rFonts w:ascii="Noto Sans KR" w:eastAsia="Noto Sans KR" w:hAnsi="Noto Sans KR"/>
                <w:color w:val="1A1A1A"/>
                <w:sz w:val="20"/>
                <w:szCs w:val="20"/>
                <w:lang w:eastAsia="ko-KR"/>
              </w:rPr>
              <w:t>장애 유형이나 등급을 기재할 필요는 없습니다. 요청 내용은 채용전형 편의 제공 목적으로만 활용합니다.</w:t>
            </w:r>
          </w:p>
        </w:tc>
      </w:tr>
    </w:tbl>
    <w:p w:rsidR="00243E7E" w:rsidRPr="00F27726" w:rsidRDefault="00000000">
      <w:pPr>
        <w:spacing w:before="100" w:after="40"/>
        <w:rPr>
          <w:rFonts w:ascii="Noto Sans KR" w:eastAsia="Noto Sans KR" w:hAnsi="Noto Sans KR"/>
          <w:sz w:val="20"/>
          <w:szCs w:val="20"/>
        </w:rPr>
      </w:pPr>
      <w:proofErr w:type="spellStart"/>
      <w:r w:rsidRPr="00F27726">
        <w:rPr>
          <w:rFonts w:ascii="Noto Sans KR" w:eastAsia="Noto Sans KR" w:hAnsi="Noto Sans KR"/>
          <w:b/>
          <w:color w:val="000000"/>
          <w:sz w:val="20"/>
          <w:szCs w:val="20"/>
        </w:rPr>
        <w:t>지원자</w:t>
      </w:r>
      <w:proofErr w:type="spellEnd"/>
      <w:r w:rsidRPr="00F27726">
        <w:rPr>
          <w:rFonts w:ascii="Noto Sans KR" w:eastAsia="Noto Sans KR" w:hAnsi="Noto Sans KR"/>
          <w:b/>
          <w:color w:val="000000"/>
          <w:sz w:val="20"/>
          <w:szCs w:val="20"/>
        </w:rPr>
        <w:t xml:space="preserve"> </w:t>
      </w:r>
      <w:proofErr w:type="spellStart"/>
      <w:r w:rsidRPr="00F27726">
        <w:rPr>
          <w:rFonts w:ascii="Noto Sans KR" w:eastAsia="Noto Sans KR" w:hAnsi="Noto Sans KR"/>
          <w:b/>
          <w:color w:val="000000"/>
          <w:sz w:val="20"/>
          <w:szCs w:val="20"/>
        </w:rPr>
        <w:t>확인</w:t>
      </w:r>
      <w:proofErr w:type="spellEnd"/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587"/>
        <w:gridCol w:w="3572"/>
        <w:gridCol w:w="1587"/>
        <w:gridCol w:w="3572"/>
      </w:tblGrid>
      <w:tr w:rsidR="00243E7E" w:rsidRPr="00F27726">
        <w:trPr>
          <w:cantSplit/>
          <w:jc w:val="center"/>
        </w:trPr>
        <w:tc>
          <w:tcPr>
            <w:tcW w:w="1587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shd w:val="clear" w:color="auto" w:fill="F2F2F2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243E7E" w:rsidRPr="00F27726" w:rsidRDefault="00000000">
            <w:pPr>
              <w:jc w:val="center"/>
              <w:rPr>
                <w:rFonts w:ascii="Noto Sans KR" w:eastAsia="Noto Sans KR" w:hAnsi="Noto Sans KR"/>
                <w:sz w:val="20"/>
                <w:szCs w:val="20"/>
              </w:rPr>
            </w:pPr>
            <w:r w:rsidRPr="00F27726">
              <w:rPr>
                <w:rFonts w:ascii="Noto Sans KR" w:eastAsia="Noto Sans KR" w:hAnsi="Noto Sans KR"/>
                <w:b/>
                <w:color w:val="1A1A1A"/>
                <w:sz w:val="20"/>
                <w:szCs w:val="20"/>
              </w:rPr>
              <w:t>작성일</w:t>
            </w:r>
          </w:p>
        </w:tc>
        <w:tc>
          <w:tcPr>
            <w:tcW w:w="3572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243E7E" w:rsidRPr="00F27726" w:rsidRDefault="00000000">
            <w:pPr>
              <w:rPr>
                <w:rFonts w:ascii="Noto Sans KR" w:eastAsia="Noto Sans KR" w:hAnsi="Noto Sans KR"/>
                <w:sz w:val="20"/>
                <w:szCs w:val="20"/>
              </w:rPr>
            </w:pPr>
            <w:r w:rsidRPr="00F27726">
              <w:rPr>
                <w:rFonts w:ascii="Noto Sans KR" w:eastAsia="Noto Sans KR" w:hAnsi="Noto Sans KR"/>
                <w:color w:val="9E9E9E"/>
                <w:sz w:val="20"/>
                <w:szCs w:val="20"/>
              </w:rPr>
              <w:t>20    년    월    일</w:t>
            </w:r>
          </w:p>
        </w:tc>
        <w:tc>
          <w:tcPr>
            <w:tcW w:w="1587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shd w:val="clear" w:color="auto" w:fill="F2F2F2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243E7E" w:rsidRPr="00F27726" w:rsidRDefault="00000000">
            <w:pPr>
              <w:jc w:val="center"/>
              <w:rPr>
                <w:rFonts w:ascii="Noto Sans KR" w:eastAsia="Noto Sans KR" w:hAnsi="Noto Sans KR"/>
                <w:sz w:val="20"/>
                <w:szCs w:val="20"/>
              </w:rPr>
            </w:pPr>
            <w:r w:rsidRPr="00F27726">
              <w:rPr>
                <w:rFonts w:ascii="Noto Sans KR" w:eastAsia="Noto Sans KR" w:hAnsi="Noto Sans KR"/>
                <w:b/>
                <w:color w:val="1A1A1A"/>
                <w:sz w:val="20"/>
                <w:szCs w:val="20"/>
              </w:rPr>
              <w:t>지원자</w:t>
            </w:r>
          </w:p>
        </w:tc>
        <w:tc>
          <w:tcPr>
            <w:tcW w:w="3572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243E7E" w:rsidRPr="00F27726" w:rsidRDefault="00000000">
            <w:pPr>
              <w:rPr>
                <w:rFonts w:ascii="Noto Sans KR" w:eastAsia="Noto Sans KR" w:hAnsi="Noto Sans KR"/>
                <w:sz w:val="20"/>
                <w:szCs w:val="20"/>
              </w:rPr>
            </w:pPr>
            <w:r w:rsidRPr="00F27726">
              <w:rPr>
                <w:rFonts w:ascii="Noto Sans KR" w:eastAsia="Noto Sans KR" w:hAnsi="Noto Sans KR"/>
                <w:color w:val="9E9E9E"/>
                <w:sz w:val="20"/>
                <w:szCs w:val="20"/>
              </w:rPr>
              <w:t xml:space="preserve">                         (서명)</w:t>
            </w:r>
          </w:p>
        </w:tc>
      </w:tr>
      <w:tr w:rsidR="00243E7E" w:rsidRPr="00F27726">
        <w:trPr>
          <w:cantSplit/>
          <w:trHeight w:val="964"/>
          <w:jc w:val="center"/>
        </w:trPr>
        <w:tc>
          <w:tcPr>
            <w:tcW w:w="10318" w:type="dxa"/>
            <w:gridSpan w:val="4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shd w:val="clear" w:color="auto" w:fill="F7F7F7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243E7E" w:rsidRPr="00F27726" w:rsidRDefault="00000000">
            <w:pPr>
              <w:rPr>
                <w:rFonts w:ascii="Noto Sans KR" w:eastAsia="Noto Sans KR" w:hAnsi="Noto Sans KR"/>
                <w:sz w:val="20"/>
                <w:szCs w:val="20"/>
                <w:lang w:eastAsia="ko-KR"/>
              </w:rPr>
            </w:pPr>
            <w:r w:rsidRPr="00F27726">
              <w:rPr>
                <w:rFonts w:ascii="Noto Sans KR" w:eastAsia="Noto Sans KR" w:hAnsi="Noto Sans KR"/>
                <w:color w:val="1A1A1A"/>
                <w:sz w:val="20"/>
                <w:szCs w:val="20"/>
                <w:lang w:eastAsia="ko-KR"/>
              </w:rPr>
              <w:t>본인은 지원서에 기재한 내용이 사실과 다름없음을 확인합니다. 허위 기재 또는 채용 판단에 중대한 영향을 미치는 사실의 누락이 확인될 경우 합격 또는 채용이 취소될 수 있음을 확인합니다.</w:t>
            </w:r>
          </w:p>
        </w:tc>
      </w:tr>
    </w:tbl>
    <w:p w:rsidR="00243E7E" w:rsidRPr="00F27726" w:rsidRDefault="00000000">
      <w:pPr>
        <w:rPr>
          <w:rFonts w:ascii="Noto Sans KR" w:eastAsia="Noto Sans KR" w:hAnsi="Noto Sans KR"/>
          <w:sz w:val="20"/>
          <w:szCs w:val="20"/>
          <w:lang w:eastAsia="ko-KR"/>
        </w:rPr>
      </w:pPr>
      <w:r w:rsidRPr="00F27726">
        <w:rPr>
          <w:rFonts w:ascii="Noto Sans KR" w:eastAsia="Noto Sans KR" w:hAnsi="Noto Sans KR"/>
          <w:sz w:val="20"/>
          <w:szCs w:val="20"/>
          <w:lang w:eastAsia="ko-KR"/>
        </w:rPr>
        <w:br w:type="page"/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701"/>
        <w:gridCol w:w="8951"/>
      </w:tblGrid>
      <w:tr w:rsidR="000B311E" w:rsidRPr="00B64A87" w:rsidTr="001325C4">
        <w:trPr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08200"/>
            <w:tcMar>
              <w:top w:w="85" w:type="dxa"/>
              <w:left w:w="100" w:type="dxa"/>
              <w:bottom w:w="85" w:type="dxa"/>
              <w:right w:w="100" w:type="dxa"/>
            </w:tcMar>
            <w:vAlign w:val="center"/>
          </w:tcPr>
          <w:p w:rsidR="000B311E" w:rsidRPr="00B64A87" w:rsidRDefault="000B311E" w:rsidP="00B3129C">
            <w:pPr>
              <w:jc w:val="center"/>
              <w:rPr>
                <w:rFonts w:ascii="Noto Sans KR" w:eastAsia="Noto Sans KR" w:hAnsi="Noto Sans KR"/>
                <w:sz w:val="20"/>
                <w:szCs w:val="20"/>
              </w:rPr>
            </w:pPr>
            <w:r w:rsidRPr="00B64A87">
              <w:rPr>
                <w:rFonts w:ascii="Noto Sans KR" w:eastAsia="Noto Sans KR" w:hAnsi="Noto Sans KR"/>
                <w:b/>
                <w:color w:val="000000"/>
                <w:sz w:val="20"/>
                <w:szCs w:val="20"/>
              </w:rPr>
              <w:lastRenderedPageBreak/>
              <w:t>10</w:t>
            </w:r>
          </w:p>
        </w:tc>
        <w:tc>
          <w:tcPr>
            <w:tcW w:w="8951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tcMar>
              <w:top w:w="85" w:type="dxa"/>
              <w:left w:w="100" w:type="dxa"/>
              <w:bottom w:w="85" w:type="dxa"/>
              <w:right w:w="100" w:type="dxa"/>
            </w:tcMar>
            <w:vAlign w:val="center"/>
          </w:tcPr>
          <w:p w:rsidR="000B311E" w:rsidRPr="00B64A87" w:rsidRDefault="000B311E" w:rsidP="00B3129C">
            <w:pPr>
              <w:rPr>
                <w:rFonts w:ascii="Noto Sans KR" w:eastAsia="Noto Sans KR" w:hAnsi="Noto Sans KR"/>
                <w:sz w:val="20"/>
                <w:szCs w:val="20"/>
                <w:lang w:eastAsia="ko-KR"/>
              </w:rPr>
            </w:pPr>
            <w:r w:rsidRPr="00B64A87">
              <w:rPr>
                <w:rFonts w:ascii="Noto Sans KR" w:eastAsia="Noto Sans KR" w:hAnsi="Noto Sans KR"/>
                <w:b/>
                <w:color w:val="FFFFFF"/>
                <w:sz w:val="20"/>
                <w:szCs w:val="20"/>
                <w:lang w:eastAsia="ko-KR"/>
              </w:rPr>
              <w:t>개인정보 수집·이용 동의서 (필수)</w:t>
            </w:r>
          </w:p>
        </w:tc>
      </w:tr>
    </w:tbl>
    <w:p w:rsidR="000B311E" w:rsidRPr="000B311E" w:rsidRDefault="000B311E" w:rsidP="000B311E">
      <w:pPr>
        <w:spacing w:after="40"/>
        <w:rPr>
          <w:rFonts w:ascii="Noto Sans KR" w:eastAsia="Noto Sans KR" w:hAnsi="Noto Sans KR"/>
          <w:sz w:val="6"/>
          <w:szCs w:val="6"/>
          <w:lang w:eastAsia="ko-KR"/>
        </w:rPr>
      </w:pPr>
    </w:p>
    <w:p w:rsidR="000B311E" w:rsidRPr="00B64A87" w:rsidRDefault="000B311E" w:rsidP="000B311E">
      <w:pPr>
        <w:spacing w:after="80" w:line="264" w:lineRule="auto"/>
        <w:rPr>
          <w:rFonts w:ascii="Noto Sans KR" w:eastAsia="Noto Sans KR" w:hAnsi="Noto Sans KR"/>
          <w:sz w:val="20"/>
          <w:szCs w:val="20"/>
          <w:lang w:eastAsia="ko-KR"/>
        </w:rPr>
      </w:pPr>
      <w:r w:rsidRPr="00B64A87">
        <w:rPr>
          <w:rFonts w:ascii="Noto Sans KR" w:eastAsia="Noto Sans KR" w:hAnsi="Noto Sans KR"/>
          <w:color w:val="1A1A1A"/>
          <w:sz w:val="20"/>
          <w:szCs w:val="20"/>
          <w:lang w:eastAsia="ko-KR"/>
        </w:rPr>
        <w:t xml:space="preserve">주식회사 케이에스넷은 채용절차 진행을 위하여 아래와 같이 개인정보를 수집·이용합니다. </w:t>
      </w:r>
      <w:r>
        <w:rPr>
          <w:rFonts w:ascii="Noto Sans KR" w:eastAsia="Noto Sans KR" w:hAnsi="Noto Sans KR"/>
          <w:color w:val="1A1A1A"/>
          <w:sz w:val="20"/>
          <w:szCs w:val="20"/>
          <w:lang w:eastAsia="ko-KR"/>
        </w:rPr>
        <w:br/>
      </w:r>
      <w:r w:rsidRPr="00B64A87">
        <w:rPr>
          <w:rFonts w:ascii="Noto Sans KR" w:eastAsia="Noto Sans KR" w:hAnsi="Noto Sans KR"/>
          <w:color w:val="1A1A1A"/>
          <w:sz w:val="20"/>
          <w:szCs w:val="20"/>
          <w:lang w:eastAsia="ko-KR"/>
        </w:rPr>
        <w:t>내용을 확인한 후 동의 여부를 표시해 주십시오.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721"/>
        <w:gridCol w:w="7597"/>
      </w:tblGrid>
      <w:tr w:rsidR="000B311E" w:rsidRPr="00B64A87" w:rsidTr="00B3129C">
        <w:trPr>
          <w:cantSplit/>
          <w:trHeight w:hRule="exact" w:val="794"/>
          <w:jc w:val="center"/>
        </w:trPr>
        <w:tc>
          <w:tcPr>
            <w:tcW w:w="2721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shd w:val="clear" w:color="auto" w:fill="F2F2F2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0B311E" w:rsidRPr="00B64A87" w:rsidRDefault="000B311E" w:rsidP="00B3129C">
            <w:pPr>
              <w:jc w:val="center"/>
              <w:rPr>
                <w:rFonts w:ascii="Noto Sans KR" w:eastAsia="Noto Sans KR" w:hAnsi="Noto Sans KR"/>
                <w:sz w:val="20"/>
                <w:szCs w:val="20"/>
              </w:rPr>
            </w:pPr>
            <w:proofErr w:type="spellStart"/>
            <w:r w:rsidRPr="00B64A87">
              <w:rPr>
                <w:rFonts w:ascii="Noto Sans KR" w:eastAsia="Noto Sans KR" w:hAnsi="Noto Sans KR"/>
                <w:b/>
                <w:color w:val="1A1A1A"/>
                <w:sz w:val="20"/>
                <w:szCs w:val="20"/>
              </w:rPr>
              <w:t>수집</w:t>
            </w:r>
            <w:proofErr w:type="spellEnd"/>
            <w:r>
              <w:rPr>
                <w:rFonts w:ascii="Noto Sans KR" w:eastAsia="Noto Sans KR" w:hAnsi="Noto Sans KR" w:hint="eastAsia"/>
                <w:b/>
                <w:color w:val="1A1A1A"/>
                <w:sz w:val="20"/>
                <w:szCs w:val="20"/>
                <w:lang w:eastAsia="ko-KR"/>
              </w:rPr>
              <w:t xml:space="preserve"> 및 </w:t>
            </w:r>
            <w:proofErr w:type="spellStart"/>
            <w:r w:rsidRPr="00B64A87">
              <w:rPr>
                <w:rFonts w:ascii="Noto Sans KR" w:eastAsia="Noto Sans KR" w:hAnsi="Noto Sans KR"/>
                <w:b/>
                <w:color w:val="1A1A1A"/>
                <w:sz w:val="20"/>
                <w:szCs w:val="20"/>
              </w:rPr>
              <w:t>이용</w:t>
            </w:r>
            <w:proofErr w:type="spellEnd"/>
            <w:r w:rsidRPr="00B64A87">
              <w:rPr>
                <w:rFonts w:ascii="Noto Sans KR" w:eastAsia="Noto Sans KR" w:hAnsi="Noto Sans KR"/>
                <w:b/>
                <w:color w:val="1A1A1A"/>
                <w:sz w:val="20"/>
                <w:szCs w:val="20"/>
              </w:rPr>
              <w:t xml:space="preserve"> </w:t>
            </w:r>
            <w:proofErr w:type="spellStart"/>
            <w:r w:rsidRPr="00B64A87">
              <w:rPr>
                <w:rFonts w:ascii="Noto Sans KR" w:eastAsia="Noto Sans KR" w:hAnsi="Noto Sans KR"/>
                <w:b/>
                <w:color w:val="1A1A1A"/>
                <w:sz w:val="20"/>
                <w:szCs w:val="20"/>
              </w:rPr>
              <w:t>목적</w:t>
            </w:r>
            <w:proofErr w:type="spellEnd"/>
          </w:p>
        </w:tc>
        <w:tc>
          <w:tcPr>
            <w:tcW w:w="7597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0B311E" w:rsidRPr="00B64A87" w:rsidRDefault="000B311E" w:rsidP="00B3129C">
            <w:pPr>
              <w:rPr>
                <w:rFonts w:ascii="Noto Sans KR" w:eastAsia="Noto Sans KR" w:hAnsi="Noto Sans KR"/>
                <w:sz w:val="20"/>
                <w:szCs w:val="20"/>
                <w:lang w:eastAsia="ko-KR"/>
              </w:rPr>
            </w:pPr>
            <w:r w:rsidRPr="00B64A87">
              <w:rPr>
                <w:rFonts w:ascii="Noto Sans KR" w:eastAsia="Noto Sans KR" w:hAnsi="Noto Sans KR"/>
                <w:color w:val="1A1A1A"/>
                <w:sz w:val="20"/>
                <w:szCs w:val="20"/>
                <w:lang w:eastAsia="ko-KR"/>
              </w:rPr>
              <w:t>지원자 본인 확인, 채용전형 진행 및 관리, 직무역량·경력·자격 확인, 전형 결과 안내</w:t>
            </w:r>
            <w:r>
              <w:rPr>
                <w:rFonts w:ascii="Noto Sans KR" w:eastAsia="Noto Sans KR" w:hAnsi="Noto Sans KR" w:hint="eastAsia"/>
                <w:color w:val="1A1A1A"/>
                <w:sz w:val="20"/>
                <w:szCs w:val="20"/>
                <w:lang w:eastAsia="ko-KR"/>
              </w:rPr>
              <w:t xml:space="preserve"> 등</w:t>
            </w:r>
            <w:r w:rsidRPr="00B64A87">
              <w:rPr>
                <w:rFonts w:ascii="Noto Sans KR" w:eastAsia="Noto Sans KR" w:hAnsi="Noto Sans KR"/>
                <w:color w:val="1A1A1A"/>
                <w:sz w:val="20"/>
                <w:szCs w:val="20"/>
                <w:lang w:eastAsia="ko-KR"/>
              </w:rPr>
              <w:t xml:space="preserve"> </w:t>
            </w:r>
          </w:p>
        </w:tc>
      </w:tr>
      <w:tr w:rsidR="000B311E" w:rsidRPr="00B64A87" w:rsidTr="00B3129C">
        <w:trPr>
          <w:cantSplit/>
          <w:trHeight w:hRule="exact" w:val="794"/>
          <w:jc w:val="center"/>
        </w:trPr>
        <w:tc>
          <w:tcPr>
            <w:tcW w:w="2721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shd w:val="clear" w:color="auto" w:fill="F2F2F2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0B311E" w:rsidRPr="00B64A87" w:rsidRDefault="000B311E" w:rsidP="00B3129C">
            <w:pPr>
              <w:jc w:val="center"/>
              <w:rPr>
                <w:rFonts w:ascii="Noto Sans KR" w:eastAsia="Noto Sans KR" w:hAnsi="Noto Sans KR"/>
                <w:sz w:val="20"/>
                <w:szCs w:val="20"/>
              </w:rPr>
            </w:pPr>
            <w:proofErr w:type="spellStart"/>
            <w:r w:rsidRPr="00B64A87">
              <w:rPr>
                <w:rFonts w:ascii="Noto Sans KR" w:eastAsia="Noto Sans KR" w:hAnsi="Noto Sans KR"/>
                <w:b/>
                <w:color w:val="1A1A1A"/>
                <w:sz w:val="20"/>
                <w:szCs w:val="20"/>
              </w:rPr>
              <w:t>수집</w:t>
            </w:r>
            <w:proofErr w:type="spellEnd"/>
            <w:r w:rsidRPr="00B64A87">
              <w:rPr>
                <w:rFonts w:ascii="Noto Sans KR" w:eastAsia="Noto Sans KR" w:hAnsi="Noto Sans KR"/>
                <w:b/>
                <w:color w:val="1A1A1A"/>
                <w:sz w:val="20"/>
                <w:szCs w:val="20"/>
              </w:rPr>
              <w:t xml:space="preserve"> </w:t>
            </w:r>
            <w:proofErr w:type="spellStart"/>
            <w:r w:rsidRPr="00B64A87">
              <w:rPr>
                <w:rFonts w:ascii="Noto Sans KR" w:eastAsia="Noto Sans KR" w:hAnsi="Noto Sans KR"/>
                <w:b/>
                <w:color w:val="1A1A1A"/>
                <w:sz w:val="20"/>
                <w:szCs w:val="20"/>
              </w:rPr>
              <w:t>항목</w:t>
            </w:r>
            <w:proofErr w:type="spellEnd"/>
          </w:p>
        </w:tc>
        <w:tc>
          <w:tcPr>
            <w:tcW w:w="7597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0B311E" w:rsidRPr="00B64A87" w:rsidRDefault="000B311E" w:rsidP="00B3129C">
            <w:pPr>
              <w:rPr>
                <w:rFonts w:ascii="Noto Sans KR" w:eastAsia="Noto Sans KR" w:hAnsi="Noto Sans KR"/>
                <w:sz w:val="20"/>
                <w:szCs w:val="20"/>
                <w:lang w:eastAsia="ko-KR"/>
              </w:rPr>
            </w:pPr>
            <w:r w:rsidRPr="00B64A87">
              <w:rPr>
                <w:rFonts w:ascii="Noto Sans KR" w:eastAsia="Noto Sans KR" w:hAnsi="Noto Sans KR"/>
                <w:color w:val="1A1A1A"/>
                <w:sz w:val="20"/>
                <w:szCs w:val="20"/>
                <w:lang w:eastAsia="ko-KR"/>
              </w:rPr>
              <w:t>성명, 휴대전화, 이메일, 거주지역(시·군·구), 지원정보, 학력, 경력, 자격·교육·직무역량, 자기소개서, 포트폴리오·관련 링크 및 지원자가 제출한 자료에 포함된 정보</w:t>
            </w:r>
          </w:p>
        </w:tc>
      </w:tr>
      <w:tr w:rsidR="000B311E" w:rsidRPr="00B64A87" w:rsidTr="00B3129C">
        <w:trPr>
          <w:cantSplit/>
          <w:trHeight w:hRule="exact" w:val="794"/>
          <w:jc w:val="center"/>
        </w:trPr>
        <w:tc>
          <w:tcPr>
            <w:tcW w:w="2721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shd w:val="clear" w:color="auto" w:fill="F2F2F2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0B311E" w:rsidRPr="00B64A87" w:rsidRDefault="000B311E" w:rsidP="00B3129C">
            <w:pPr>
              <w:jc w:val="center"/>
              <w:rPr>
                <w:rFonts w:ascii="Noto Sans KR" w:eastAsia="Noto Sans KR" w:hAnsi="Noto Sans KR"/>
                <w:sz w:val="20"/>
                <w:szCs w:val="20"/>
              </w:rPr>
            </w:pPr>
            <w:proofErr w:type="spellStart"/>
            <w:r w:rsidRPr="00B64A87">
              <w:rPr>
                <w:rFonts w:ascii="Noto Sans KR" w:eastAsia="Noto Sans KR" w:hAnsi="Noto Sans KR"/>
                <w:b/>
                <w:color w:val="1A1A1A"/>
                <w:sz w:val="20"/>
                <w:szCs w:val="20"/>
              </w:rPr>
              <w:t>보유·이용</w:t>
            </w:r>
            <w:proofErr w:type="spellEnd"/>
            <w:r w:rsidRPr="00B64A87">
              <w:rPr>
                <w:rFonts w:ascii="Noto Sans KR" w:eastAsia="Noto Sans KR" w:hAnsi="Noto Sans KR"/>
                <w:b/>
                <w:color w:val="1A1A1A"/>
                <w:sz w:val="20"/>
                <w:szCs w:val="20"/>
              </w:rPr>
              <w:t xml:space="preserve"> </w:t>
            </w:r>
            <w:proofErr w:type="spellStart"/>
            <w:r w:rsidRPr="00B64A87">
              <w:rPr>
                <w:rFonts w:ascii="Noto Sans KR" w:eastAsia="Noto Sans KR" w:hAnsi="Noto Sans KR"/>
                <w:b/>
                <w:color w:val="1A1A1A"/>
                <w:sz w:val="20"/>
                <w:szCs w:val="20"/>
              </w:rPr>
              <w:t>기간</w:t>
            </w:r>
            <w:proofErr w:type="spellEnd"/>
          </w:p>
        </w:tc>
        <w:tc>
          <w:tcPr>
            <w:tcW w:w="7597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0B311E" w:rsidRPr="00B64A87" w:rsidRDefault="000B311E" w:rsidP="00B3129C">
            <w:pPr>
              <w:rPr>
                <w:rFonts w:ascii="Noto Sans KR" w:eastAsia="Noto Sans KR" w:hAnsi="Noto Sans KR"/>
                <w:sz w:val="20"/>
                <w:szCs w:val="20"/>
                <w:lang w:eastAsia="ko-KR"/>
              </w:rPr>
            </w:pPr>
            <w:r w:rsidRPr="00B64A87">
              <w:rPr>
                <w:rFonts w:ascii="Noto Sans KR" w:eastAsia="Noto Sans KR" w:hAnsi="Noto Sans KR"/>
                <w:color w:val="1A1A1A"/>
                <w:sz w:val="20"/>
                <w:szCs w:val="20"/>
                <w:lang w:eastAsia="ko-KR"/>
              </w:rPr>
              <w:t>채용절차 종료일로부터 180일. 다만, 관계 법령에 따라 보존이 필요한 경우에는 해당 법정기간 동안 보관합니다.</w:t>
            </w:r>
          </w:p>
        </w:tc>
      </w:tr>
      <w:tr w:rsidR="000B311E" w:rsidRPr="00B64A87" w:rsidTr="00B3129C">
        <w:trPr>
          <w:cantSplit/>
          <w:trHeight w:hRule="exact" w:val="794"/>
          <w:jc w:val="center"/>
        </w:trPr>
        <w:tc>
          <w:tcPr>
            <w:tcW w:w="2721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shd w:val="clear" w:color="auto" w:fill="F2F2F2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0B311E" w:rsidRPr="00B64A87" w:rsidRDefault="000B311E" w:rsidP="00B3129C">
            <w:pPr>
              <w:jc w:val="center"/>
              <w:rPr>
                <w:rFonts w:ascii="Noto Sans KR" w:eastAsia="Noto Sans KR" w:hAnsi="Noto Sans KR"/>
                <w:sz w:val="20"/>
                <w:szCs w:val="20"/>
              </w:rPr>
            </w:pPr>
            <w:proofErr w:type="spellStart"/>
            <w:r w:rsidRPr="00B64A87">
              <w:rPr>
                <w:rFonts w:ascii="Noto Sans KR" w:eastAsia="Noto Sans KR" w:hAnsi="Noto Sans KR"/>
                <w:b/>
                <w:color w:val="1A1A1A"/>
                <w:sz w:val="20"/>
                <w:szCs w:val="20"/>
              </w:rPr>
              <w:t>동의</w:t>
            </w:r>
            <w:proofErr w:type="spellEnd"/>
            <w:r w:rsidRPr="00B64A87">
              <w:rPr>
                <w:rFonts w:ascii="Noto Sans KR" w:eastAsia="Noto Sans KR" w:hAnsi="Noto Sans KR"/>
                <w:b/>
                <w:color w:val="1A1A1A"/>
                <w:sz w:val="20"/>
                <w:szCs w:val="20"/>
              </w:rPr>
              <w:t xml:space="preserve"> </w:t>
            </w:r>
            <w:proofErr w:type="spellStart"/>
            <w:r w:rsidRPr="00B64A87">
              <w:rPr>
                <w:rFonts w:ascii="Noto Sans KR" w:eastAsia="Noto Sans KR" w:hAnsi="Noto Sans KR"/>
                <w:b/>
                <w:color w:val="1A1A1A"/>
                <w:sz w:val="20"/>
                <w:szCs w:val="20"/>
              </w:rPr>
              <w:t>거부</w:t>
            </w:r>
            <w:proofErr w:type="spellEnd"/>
            <w:r w:rsidRPr="00B64A87">
              <w:rPr>
                <w:rFonts w:ascii="Noto Sans KR" w:eastAsia="Noto Sans KR" w:hAnsi="Noto Sans KR"/>
                <w:b/>
                <w:color w:val="1A1A1A"/>
                <w:sz w:val="20"/>
                <w:szCs w:val="20"/>
              </w:rPr>
              <w:t xml:space="preserve"> </w:t>
            </w:r>
            <w:proofErr w:type="spellStart"/>
            <w:r w:rsidRPr="00B64A87">
              <w:rPr>
                <w:rFonts w:ascii="Noto Sans KR" w:eastAsia="Noto Sans KR" w:hAnsi="Noto Sans KR"/>
                <w:b/>
                <w:color w:val="1A1A1A"/>
                <w:sz w:val="20"/>
                <w:szCs w:val="20"/>
              </w:rPr>
              <w:t>권리</w:t>
            </w:r>
            <w:proofErr w:type="spellEnd"/>
          </w:p>
        </w:tc>
        <w:tc>
          <w:tcPr>
            <w:tcW w:w="7597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0B311E" w:rsidRPr="00B64A87" w:rsidRDefault="000B311E" w:rsidP="00B3129C">
            <w:pPr>
              <w:rPr>
                <w:rFonts w:ascii="Noto Sans KR" w:eastAsia="Noto Sans KR" w:hAnsi="Noto Sans KR"/>
                <w:sz w:val="20"/>
                <w:szCs w:val="20"/>
                <w:lang w:eastAsia="ko-KR"/>
              </w:rPr>
            </w:pPr>
            <w:r w:rsidRPr="00B64A87">
              <w:rPr>
                <w:rFonts w:ascii="Noto Sans KR" w:eastAsia="Noto Sans KR" w:hAnsi="Noto Sans KR"/>
                <w:color w:val="1A1A1A"/>
                <w:sz w:val="20"/>
                <w:szCs w:val="20"/>
                <w:lang w:eastAsia="ko-KR"/>
              </w:rPr>
              <w:t>귀하는 개인정보 수집·이용에 대한 동의를 거부할 권리가 있습니다.</w:t>
            </w:r>
          </w:p>
        </w:tc>
      </w:tr>
      <w:tr w:rsidR="000B311E" w:rsidRPr="00B64A87" w:rsidTr="00B3129C">
        <w:trPr>
          <w:cantSplit/>
          <w:trHeight w:hRule="exact" w:val="794"/>
          <w:jc w:val="center"/>
        </w:trPr>
        <w:tc>
          <w:tcPr>
            <w:tcW w:w="2721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shd w:val="clear" w:color="auto" w:fill="F2F2F2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0B311E" w:rsidRPr="00B64A87" w:rsidRDefault="000B311E" w:rsidP="00B3129C">
            <w:pPr>
              <w:jc w:val="center"/>
              <w:rPr>
                <w:rFonts w:ascii="Noto Sans KR" w:eastAsia="Noto Sans KR" w:hAnsi="Noto Sans KR"/>
                <w:sz w:val="20"/>
                <w:szCs w:val="20"/>
              </w:rPr>
            </w:pPr>
            <w:proofErr w:type="spellStart"/>
            <w:r w:rsidRPr="00B64A87">
              <w:rPr>
                <w:rFonts w:ascii="Noto Sans KR" w:eastAsia="Noto Sans KR" w:hAnsi="Noto Sans KR"/>
                <w:b/>
                <w:color w:val="1A1A1A"/>
                <w:sz w:val="20"/>
                <w:szCs w:val="20"/>
              </w:rPr>
              <w:t>동의</w:t>
            </w:r>
            <w:proofErr w:type="spellEnd"/>
            <w:r w:rsidRPr="00B64A87">
              <w:rPr>
                <w:rFonts w:ascii="Noto Sans KR" w:eastAsia="Noto Sans KR" w:hAnsi="Noto Sans KR"/>
                <w:b/>
                <w:color w:val="1A1A1A"/>
                <w:sz w:val="20"/>
                <w:szCs w:val="20"/>
              </w:rPr>
              <w:t xml:space="preserve"> </w:t>
            </w:r>
            <w:proofErr w:type="spellStart"/>
            <w:r w:rsidRPr="00B64A87">
              <w:rPr>
                <w:rFonts w:ascii="Noto Sans KR" w:eastAsia="Noto Sans KR" w:hAnsi="Noto Sans KR"/>
                <w:b/>
                <w:color w:val="1A1A1A"/>
                <w:sz w:val="20"/>
                <w:szCs w:val="20"/>
              </w:rPr>
              <w:t>거부</w:t>
            </w:r>
            <w:proofErr w:type="spellEnd"/>
            <w:r w:rsidRPr="00B64A87">
              <w:rPr>
                <w:rFonts w:ascii="Noto Sans KR" w:eastAsia="Noto Sans KR" w:hAnsi="Noto Sans KR"/>
                <w:b/>
                <w:color w:val="1A1A1A"/>
                <w:sz w:val="20"/>
                <w:szCs w:val="20"/>
              </w:rPr>
              <w:t xml:space="preserve"> 시 </w:t>
            </w:r>
            <w:proofErr w:type="spellStart"/>
            <w:r w:rsidRPr="00B64A87">
              <w:rPr>
                <w:rFonts w:ascii="Noto Sans KR" w:eastAsia="Noto Sans KR" w:hAnsi="Noto Sans KR"/>
                <w:b/>
                <w:color w:val="1A1A1A"/>
                <w:sz w:val="20"/>
                <w:szCs w:val="20"/>
              </w:rPr>
              <w:t>불이익</w:t>
            </w:r>
            <w:proofErr w:type="spellEnd"/>
          </w:p>
        </w:tc>
        <w:tc>
          <w:tcPr>
            <w:tcW w:w="7597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0B311E" w:rsidRPr="00B64A87" w:rsidRDefault="000B311E" w:rsidP="00B3129C">
            <w:pPr>
              <w:rPr>
                <w:rFonts w:ascii="Noto Sans KR" w:eastAsia="Noto Sans KR" w:hAnsi="Noto Sans KR"/>
                <w:sz w:val="20"/>
                <w:szCs w:val="20"/>
                <w:lang w:eastAsia="ko-KR"/>
              </w:rPr>
            </w:pPr>
            <w:r w:rsidRPr="00B64A87">
              <w:rPr>
                <w:rFonts w:ascii="Noto Sans KR" w:eastAsia="Noto Sans KR" w:hAnsi="Noto Sans KR"/>
                <w:color w:val="1A1A1A"/>
                <w:sz w:val="20"/>
                <w:szCs w:val="20"/>
                <w:lang w:eastAsia="ko-KR"/>
              </w:rPr>
              <w:t>필수정보의 수집·이용에 동의하지 않는 경우 지원자 확인 및 채용전형 진행이 제한될 수 있습니다.</w:t>
            </w:r>
          </w:p>
        </w:tc>
      </w:tr>
    </w:tbl>
    <w:p w:rsidR="000B311E" w:rsidRPr="00B64A87" w:rsidRDefault="000B311E" w:rsidP="000B311E">
      <w:pPr>
        <w:spacing w:before="100" w:after="100"/>
        <w:jc w:val="right"/>
        <w:rPr>
          <w:rFonts w:ascii="Noto Sans KR" w:eastAsia="Noto Sans KR" w:hAnsi="Noto Sans KR"/>
          <w:sz w:val="20"/>
          <w:szCs w:val="20"/>
          <w:lang w:eastAsia="ko-KR"/>
        </w:rPr>
      </w:pPr>
      <w:r w:rsidRPr="00B64A87">
        <w:rPr>
          <w:rFonts w:ascii="Noto Sans KR" w:eastAsia="Noto Sans KR" w:hAnsi="Noto Sans KR"/>
          <w:b/>
          <w:color w:val="000000"/>
          <w:sz w:val="20"/>
          <w:szCs w:val="20"/>
          <w:lang w:eastAsia="ko-KR"/>
        </w:rPr>
        <w:t>개인정보 수집</w:t>
      </w:r>
      <w:r>
        <w:rPr>
          <w:rFonts w:ascii="Noto Sans KR" w:eastAsia="Noto Sans KR" w:hAnsi="Noto Sans KR" w:hint="eastAsia"/>
          <w:b/>
          <w:color w:val="000000"/>
          <w:sz w:val="20"/>
          <w:szCs w:val="20"/>
          <w:lang w:eastAsia="ko-KR"/>
        </w:rPr>
        <w:t xml:space="preserve"> 및 </w:t>
      </w:r>
      <w:proofErr w:type="gramStart"/>
      <w:r w:rsidRPr="00B64A87">
        <w:rPr>
          <w:rFonts w:ascii="Noto Sans KR" w:eastAsia="Noto Sans KR" w:hAnsi="Noto Sans KR"/>
          <w:b/>
          <w:color w:val="000000"/>
          <w:sz w:val="20"/>
          <w:szCs w:val="20"/>
          <w:lang w:eastAsia="ko-KR"/>
        </w:rPr>
        <w:t>이용에  □</w:t>
      </w:r>
      <w:proofErr w:type="gramEnd"/>
      <w:r w:rsidRPr="00B64A87">
        <w:rPr>
          <w:rFonts w:ascii="Noto Sans KR" w:eastAsia="Noto Sans KR" w:hAnsi="Noto Sans KR"/>
          <w:b/>
          <w:color w:val="000000"/>
          <w:sz w:val="20"/>
          <w:szCs w:val="20"/>
          <w:lang w:eastAsia="ko-KR"/>
        </w:rPr>
        <w:t xml:space="preserve"> 동의함   □ 동의하지 않음</w:t>
      </w:r>
    </w:p>
    <w:p w:rsidR="000B311E" w:rsidRPr="00B64A87" w:rsidRDefault="000B311E" w:rsidP="000B311E">
      <w:pPr>
        <w:spacing w:before="40" w:after="80"/>
        <w:rPr>
          <w:rFonts w:ascii="Noto Sans KR" w:eastAsia="Noto Sans KR" w:hAnsi="Noto Sans KR"/>
          <w:sz w:val="20"/>
          <w:szCs w:val="20"/>
          <w:lang w:eastAsia="ko-KR"/>
        </w:rPr>
      </w:pPr>
      <w:r w:rsidRPr="00B64A87">
        <w:rPr>
          <w:rFonts w:ascii="Noto Sans KR" w:eastAsia="Noto Sans KR" w:hAnsi="Noto Sans KR"/>
          <w:b/>
          <w:color w:val="000000"/>
          <w:sz w:val="20"/>
          <w:szCs w:val="20"/>
          <w:lang w:eastAsia="ko-KR"/>
        </w:rPr>
        <w:t>민감정보 수집·이용 동의서 (선택)</w:t>
      </w:r>
    </w:p>
    <w:p w:rsidR="000B311E" w:rsidRPr="00B64A87" w:rsidRDefault="000B311E" w:rsidP="000B311E">
      <w:pPr>
        <w:spacing w:after="80" w:line="264" w:lineRule="auto"/>
        <w:rPr>
          <w:rFonts w:ascii="Noto Sans KR" w:eastAsia="Noto Sans KR" w:hAnsi="Noto Sans KR"/>
          <w:sz w:val="20"/>
          <w:szCs w:val="20"/>
          <w:lang w:eastAsia="ko-KR"/>
        </w:rPr>
      </w:pPr>
      <w:r w:rsidRPr="00B64A87">
        <w:rPr>
          <w:rFonts w:ascii="Noto Sans KR" w:eastAsia="Noto Sans KR" w:hAnsi="Noto Sans KR"/>
          <w:color w:val="1A1A1A"/>
          <w:sz w:val="20"/>
          <w:szCs w:val="20"/>
          <w:lang w:eastAsia="ko-KR"/>
        </w:rPr>
        <w:t xml:space="preserve">보훈·장애 관련 우대 또는 채용전형 편의 제공을 신청한 경우에만 아래 동의 여부를 표시해 주십시오. </w:t>
      </w:r>
      <w:r>
        <w:rPr>
          <w:rFonts w:ascii="Noto Sans KR" w:eastAsia="Noto Sans KR" w:hAnsi="Noto Sans KR"/>
          <w:color w:val="1A1A1A"/>
          <w:sz w:val="20"/>
          <w:szCs w:val="20"/>
          <w:lang w:eastAsia="ko-KR"/>
        </w:rPr>
        <w:br/>
      </w:r>
      <w:r w:rsidRPr="00B64A87">
        <w:rPr>
          <w:rFonts w:ascii="Noto Sans KR" w:eastAsia="Noto Sans KR" w:hAnsi="Noto Sans KR"/>
          <w:color w:val="1A1A1A"/>
          <w:sz w:val="20"/>
          <w:szCs w:val="20"/>
          <w:lang w:eastAsia="ko-KR"/>
        </w:rPr>
        <w:t>신청하지 않은 지원자는 동의하지 않아도 일반 채용전형에 불이익이 없습니다.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721"/>
        <w:gridCol w:w="7597"/>
      </w:tblGrid>
      <w:tr w:rsidR="000B311E" w:rsidRPr="00B64A87" w:rsidTr="00B3129C">
        <w:trPr>
          <w:cantSplit/>
          <w:trHeight w:hRule="exact" w:val="794"/>
          <w:jc w:val="center"/>
        </w:trPr>
        <w:tc>
          <w:tcPr>
            <w:tcW w:w="2721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shd w:val="clear" w:color="auto" w:fill="F2F2F2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0B311E" w:rsidRPr="00B64A87" w:rsidRDefault="000B311E" w:rsidP="00B3129C">
            <w:pPr>
              <w:jc w:val="center"/>
              <w:rPr>
                <w:rFonts w:ascii="Noto Sans KR" w:eastAsia="Noto Sans KR" w:hAnsi="Noto Sans KR"/>
                <w:sz w:val="20"/>
                <w:szCs w:val="20"/>
              </w:rPr>
            </w:pPr>
            <w:proofErr w:type="spellStart"/>
            <w:r w:rsidRPr="00B64A87">
              <w:rPr>
                <w:rFonts w:ascii="Noto Sans KR" w:eastAsia="Noto Sans KR" w:hAnsi="Noto Sans KR"/>
                <w:b/>
                <w:color w:val="1A1A1A"/>
                <w:sz w:val="20"/>
                <w:szCs w:val="20"/>
              </w:rPr>
              <w:t>수집·이용</w:t>
            </w:r>
            <w:proofErr w:type="spellEnd"/>
            <w:r w:rsidRPr="00B64A87">
              <w:rPr>
                <w:rFonts w:ascii="Noto Sans KR" w:eastAsia="Noto Sans KR" w:hAnsi="Noto Sans KR"/>
                <w:b/>
                <w:color w:val="1A1A1A"/>
                <w:sz w:val="20"/>
                <w:szCs w:val="20"/>
              </w:rPr>
              <w:t xml:space="preserve"> </w:t>
            </w:r>
            <w:proofErr w:type="spellStart"/>
            <w:r w:rsidRPr="00B64A87">
              <w:rPr>
                <w:rFonts w:ascii="Noto Sans KR" w:eastAsia="Noto Sans KR" w:hAnsi="Noto Sans KR"/>
                <w:b/>
                <w:color w:val="1A1A1A"/>
                <w:sz w:val="20"/>
                <w:szCs w:val="20"/>
              </w:rPr>
              <w:t>목적</w:t>
            </w:r>
            <w:proofErr w:type="spellEnd"/>
          </w:p>
        </w:tc>
        <w:tc>
          <w:tcPr>
            <w:tcW w:w="7597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0B311E" w:rsidRPr="00B64A87" w:rsidRDefault="000B311E" w:rsidP="00B3129C">
            <w:pPr>
              <w:rPr>
                <w:rFonts w:ascii="Noto Sans KR" w:eastAsia="Noto Sans KR" w:hAnsi="Noto Sans KR"/>
                <w:sz w:val="20"/>
                <w:szCs w:val="20"/>
                <w:lang w:eastAsia="ko-KR"/>
              </w:rPr>
            </w:pPr>
            <w:r w:rsidRPr="00B64A87">
              <w:rPr>
                <w:rFonts w:ascii="Noto Sans KR" w:eastAsia="Noto Sans KR" w:hAnsi="Noto Sans KR"/>
                <w:color w:val="1A1A1A"/>
                <w:sz w:val="20"/>
                <w:szCs w:val="20"/>
                <w:lang w:eastAsia="ko-KR"/>
              </w:rPr>
              <w:t>법령 또는 회사 기준에 따른 채용 우대 적용 여부 확인, 채용전형 참여에 필요한 편의 제공</w:t>
            </w:r>
          </w:p>
        </w:tc>
      </w:tr>
      <w:tr w:rsidR="000B311E" w:rsidRPr="00B64A87" w:rsidTr="00B3129C">
        <w:trPr>
          <w:cantSplit/>
          <w:trHeight w:hRule="exact" w:val="794"/>
          <w:jc w:val="center"/>
        </w:trPr>
        <w:tc>
          <w:tcPr>
            <w:tcW w:w="2721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shd w:val="clear" w:color="auto" w:fill="F2F2F2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0B311E" w:rsidRPr="00B64A87" w:rsidRDefault="000B311E" w:rsidP="00B3129C">
            <w:pPr>
              <w:jc w:val="center"/>
              <w:rPr>
                <w:rFonts w:ascii="Noto Sans KR" w:eastAsia="Noto Sans KR" w:hAnsi="Noto Sans KR"/>
                <w:sz w:val="20"/>
                <w:szCs w:val="20"/>
              </w:rPr>
            </w:pPr>
            <w:proofErr w:type="spellStart"/>
            <w:r w:rsidRPr="00B64A87">
              <w:rPr>
                <w:rFonts w:ascii="Noto Sans KR" w:eastAsia="Noto Sans KR" w:hAnsi="Noto Sans KR"/>
                <w:b/>
                <w:color w:val="1A1A1A"/>
                <w:sz w:val="20"/>
                <w:szCs w:val="20"/>
              </w:rPr>
              <w:t>수집</w:t>
            </w:r>
            <w:proofErr w:type="spellEnd"/>
            <w:r w:rsidRPr="00B64A87">
              <w:rPr>
                <w:rFonts w:ascii="Noto Sans KR" w:eastAsia="Noto Sans KR" w:hAnsi="Noto Sans KR"/>
                <w:b/>
                <w:color w:val="1A1A1A"/>
                <w:sz w:val="20"/>
                <w:szCs w:val="20"/>
              </w:rPr>
              <w:t xml:space="preserve"> </w:t>
            </w:r>
            <w:proofErr w:type="spellStart"/>
            <w:r w:rsidRPr="00B64A87">
              <w:rPr>
                <w:rFonts w:ascii="Noto Sans KR" w:eastAsia="Noto Sans KR" w:hAnsi="Noto Sans KR"/>
                <w:b/>
                <w:color w:val="1A1A1A"/>
                <w:sz w:val="20"/>
                <w:szCs w:val="20"/>
              </w:rPr>
              <w:t>항목</w:t>
            </w:r>
            <w:proofErr w:type="spellEnd"/>
          </w:p>
        </w:tc>
        <w:tc>
          <w:tcPr>
            <w:tcW w:w="7597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0B311E" w:rsidRPr="00B64A87" w:rsidRDefault="000B311E" w:rsidP="00B3129C">
            <w:pPr>
              <w:rPr>
                <w:rFonts w:ascii="Noto Sans KR" w:eastAsia="Noto Sans KR" w:hAnsi="Noto Sans KR"/>
                <w:sz w:val="20"/>
                <w:szCs w:val="20"/>
                <w:lang w:eastAsia="ko-KR"/>
              </w:rPr>
            </w:pPr>
            <w:r w:rsidRPr="00B64A87">
              <w:rPr>
                <w:rFonts w:ascii="Noto Sans KR" w:eastAsia="Noto Sans KR" w:hAnsi="Noto Sans KR"/>
                <w:color w:val="1A1A1A"/>
                <w:sz w:val="20"/>
                <w:szCs w:val="20"/>
                <w:lang w:eastAsia="ko-KR"/>
              </w:rPr>
              <w:t>보훈대상 해당 및 우대 관련 정보, 장애 관련 편의 제공 요청사항 등 지원자가 선택적으로 기재한 민감정보</w:t>
            </w:r>
          </w:p>
        </w:tc>
      </w:tr>
      <w:tr w:rsidR="000B311E" w:rsidRPr="00B64A87" w:rsidTr="00B3129C">
        <w:trPr>
          <w:cantSplit/>
          <w:trHeight w:hRule="exact" w:val="794"/>
          <w:jc w:val="center"/>
        </w:trPr>
        <w:tc>
          <w:tcPr>
            <w:tcW w:w="2721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shd w:val="clear" w:color="auto" w:fill="F2F2F2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0B311E" w:rsidRPr="00B64A87" w:rsidRDefault="000B311E" w:rsidP="00B3129C">
            <w:pPr>
              <w:jc w:val="center"/>
              <w:rPr>
                <w:rFonts w:ascii="Noto Sans KR" w:eastAsia="Noto Sans KR" w:hAnsi="Noto Sans KR"/>
                <w:sz w:val="20"/>
                <w:szCs w:val="20"/>
              </w:rPr>
            </w:pPr>
            <w:proofErr w:type="spellStart"/>
            <w:r w:rsidRPr="00B64A87">
              <w:rPr>
                <w:rFonts w:ascii="Noto Sans KR" w:eastAsia="Noto Sans KR" w:hAnsi="Noto Sans KR"/>
                <w:b/>
                <w:color w:val="1A1A1A"/>
                <w:sz w:val="20"/>
                <w:szCs w:val="20"/>
              </w:rPr>
              <w:t>보유·이용</w:t>
            </w:r>
            <w:proofErr w:type="spellEnd"/>
            <w:r w:rsidRPr="00B64A87">
              <w:rPr>
                <w:rFonts w:ascii="Noto Sans KR" w:eastAsia="Noto Sans KR" w:hAnsi="Noto Sans KR"/>
                <w:b/>
                <w:color w:val="1A1A1A"/>
                <w:sz w:val="20"/>
                <w:szCs w:val="20"/>
              </w:rPr>
              <w:t xml:space="preserve"> </w:t>
            </w:r>
            <w:proofErr w:type="spellStart"/>
            <w:r w:rsidRPr="00B64A87">
              <w:rPr>
                <w:rFonts w:ascii="Noto Sans KR" w:eastAsia="Noto Sans KR" w:hAnsi="Noto Sans KR"/>
                <w:b/>
                <w:color w:val="1A1A1A"/>
                <w:sz w:val="20"/>
                <w:szCs w:val="20"/>
              </w:rPr>
              <w:t>기간</w:t>
            </w:r>
            <w:proofErr w:type="spellEnd"/>
          </w:p>
        </w:tc>
        <w:tc>
          <w:tcPr>
            <w:tcW w:w="7597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0B311E" w:rsidRDefault="000B311E" w:rsidP="00B3129C">
            <w:pPr>
              <w:rPr>
                <w:rFonts w:ascii="Noto Sans KR" w:eastAsia="Noto Sans KR" w:hAnsi="Noto Sans KR"/>
                <w:color w:val="1A1A1A"/>
                <w:sz w:val="20"/>
                <w:szCs w:val="20"/>
                <w:lang w:eastAsia="ko-KR"/>
              </w:rPr>
            </w:pPr>
            <w:r w:rsidRPr="00B64A87">
              <w:rPr>
                <w:rFonts w:ascii="Noto Sans KR" w:eastAsia="Noto Sans KR" w:hAnsi="Noto Sans KR"/>
                <w:color w:val="1A1A1A"/>
                <w:sz w:val="20"/>
                <w:szCs w:val="20"/>
                <w:lang w:eastAsia="ko-KR"/>
              </w:rPr>
              <w:t xml:space="preserve">채용절차 종료일로부터 180일. </w:t>
            </w:r>
          </w:p>
          <w:p w:rsidR="000B311E" w:rsidRPr="00B64A87" w:rsidRDefault="000B311E" w:rsidP="00B3129C">
            <w:pPr>
              <w:rPr>
                <w:rFonts w:ascii="Noto Sans KR" w:eastAsia="Noto Sans KR" w:hAnsi="Noto Sans KR"/>
                <w:sz w:val="20"/>
                <w:szCs w:val="20"/>
                <w:lang w:eastAsia="ko-KR"/>
              </w:rPr>
            </w:pPr>
            <w:r w:rsidRPr="00B64A87">
              <w:rPr>
                <w:rFonts w:ascii="Noto Sans KR" w:eastAsia="Noto Sans KR" w:hAnsi="Noto Sans KR"/>
                <w:color w:val="1A1A1A"/>
                <w:sz w:val="20"/>
                <w:szCs w:val="20"/>
                <w:lang w:eastAsia="ko-KR"/>
              </w:rPr>
              <w:t>다만, 관계 법령에 따라 보존이 필요한 경우에는 해당 법정기간 동안 보관합니다.</w:t>
            </w:r>
          </w:p>
        </w:tc>
      </w:tr>
      <w:tr w:rsidR="000B311E" w:rsidRPr="00B64A87" w:rsidTr="00B3129C">
        <w:trPr>
          <w:cantSplit/>
          <w:trHeight w:hRule="exact" w:val="794"/>
          <w:jc w:val="center"/>
        </w:trPr>
        <w:tc>
          <w:tcPr>
            <w:tcW w:w="2721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shd w:val="clear" w:color="auto" w:fill="F2F2F2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0B311E" w:rsidRPr="00B64A87" w:rsidRDefault="000B311E" w:rsidP="00B3129C">
            <w:pPr>
              <w:jc w:val="center"/>
              <w:rPr>
                <w:rFonts w:ascii="Noto Sans KR" w:eastAsia="Noto Sans KR" w:hAnsi="Noto Sans KR"/>
                <w:sz w:val="20"/>
                <w:szCs w:val="20"/>
              </w:rPr>
            </w:pPr>
            <w:proofErr w:type="spellStart"/>
            <w:r w:rsidRPr="00B64A87">
              <w:rPr>
                <w:rFonts w:ascii="Noto Sans KR" w:eastAsia="Noto Sans KR" w:hAnsi="Noto Sans KR"/>
                <w:b/>
                <w:color w:val="1A1A1A"/>
                <w:sz w:val="20"/>
                <w:szCs w:val="20"/>
              </w:rPr>
              <w:t>동의</w:t>
            </w:r>
            <w:proofErr w:type="spellEnd"/>
            <w:r w:rsidRPr="00B64A87">
              <w:rPr>
                <w:rFonts w:ascii="Noto Sans KR" w:eastAsia="Noto Sans KR" w:hAnsi="Noto Sans KR"/>
                <w:b/>
                <w:color w:val="1A1A1A"/>
                <w:sz w:val="20"/>
                <w:szCs w:val="20"/>
              </w:rPr>
              <w:t xml:space="preserve"> </w:t>
            </w:r>
            <w:proofErr w:type="spellStart"/>
            <w:r w:rsidRPr="00B64A87">
              <w:rPr>
                <w:rFonts w:ascii="Noto Sans KR" w:eastAsia="Noto Sans KR" w:hAnsi="Noto Sans KR"/>
                <w:b/>
                <w:color w:val="1A1A1A"/>
                <w:sz w:val="20"/>
                <w:szCs w:val="20"/>
              </w:rPr>
              <w:t>거부</w:t>
            </w:r>
            <w:proofErr w:type="spellEnd"/>
            <w:r w:rsidRPr="00B64A87">
              <w:rPr>
                <w:rFonts w:ascii="Noto Sans KR" w:eastAsia="Noto Sans KR" w:hAnsi="Noto Sans KR"/>
                <w:b/>
                <w:color w:val="1A1A1A"/>
                <w:sz w:val="20"/>
                <w:szCs w:val="20"/>
              </w:rPr>
              <w:t xml:space="preserve"> </w:t>
            </w:r>
            <w:proofErr w:type="spellStart"/>
            <w:r w:rsidRPr="00B64A87">
              <w:rPr>
                <w:rFonts w:ascii="Noto Sans KR" w:eastAsia="Noto Sans KR" w:hAnsi="Noto Sans KR"/>
                <w:b/>
                <w:color w:val="1A1A1A"/>
                <w:sz w:val="20"/>
                <w:szCs w:val="20"/>
              </w:rPr>
              <w:t>권리</w:t>
            </w:r>
            <w:proofErr w:type="spellEnd"/>
          </w:p>
        </w:tc>
        <w:tc>
          <w:tcPr>
            <w:tcW w:w="7597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0B311E" w:rsidRPr="00B64A87" w:rsidRDefault="000B311E" w:rsidP="00B3129C">
            <w:pPr>
              <w:rPr>
                <w:rFonts w:ascii="Noto Sans KR" w:eastAsia="Noto Sans KR" w:hAnsi="Noto Sans KR"/>
                <w:sz w:val="20"/>
                <w:szCs w:val="20"/>
                <w:lang w:eastAsia="ko-KR"/>
              </w:rPr>
            </w:pPr>
            <w:r w:rsidRPr="00B64A87">
              <w:rPr>
                <w:rFonts w:ascii="Noto Sans KR" w:eastAsia="Noto Sans KR" w:hAnsi="Noto Sans KR"/>
                <w:color w:val="1A1A1A"/>
                <w:sz w:val="20"/>
                <w:szCs w:val="20"/>
                <w:lang w:eastAsia="ko-KR"/>
              </w:rPr>
              <w:t>귀하는 민감정보 수집·이용에 대한 동의를 거부할 권리가 있습니다.</w:t>
            </w:r>
          </w:p>
        </w:tc>
      </w:tr>
      <w:tr w:rsidR="000B311E" w:rsidRPr="00B64A87" w:rsidTr="00B3129C">
        <w:trPr>
          <w:cantSplit/>
          <w:trHeight w:hRule="exact" w:val="794"/>
          <w:jc w:val="center"/>
        </w:trPr>
        <w:tc>
          <w:tcPr>
            <w:tcW w:w="2721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shd w:val="clear" w:color="auto" w:fill="F2F2F2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0B311E" w:rsidRPr="00B64A87" w:rsidRDefault="000B311E" w:rsidP="00B3129C">
            <w:pPr>
              <w:jc w:val="center"/>
              <w:rPr>
                <w:rFonts w:ascii="Noto Sans KR" w:eastAsia="Noto Sans KR" w:hAnsi="Noto Sans KR"/>
                <w:sz w:val="20"/>
                <w:szCs w:val="20"/>
              </w:rPr>
            </w:pPr>
            <w:proofErr w:type="spellStart"/>
            <w:r w:rsidRPr="00B64A87">
              <w:rPr>
                <w:rFonts w:ascii="Noto Sans KR" w:eastAsia="Noto Sans KR" w:hAnsi="Noto Sans KR"/>
                <w:b/>
                <w:color w:val="1A1A1A"/>
                <w:sz w:val="20"/>
                <w:szCs w:val="20"/>
              </w:rPr>
              <w:t>동의</w:t>
            </w:r>
            <w:proofErr w:type="spellEnd"/>
            <w:r w:rsidRPr="00B64A87">
              <w:rPr>
                <w:rFonts w:ascii="Noto Sans KR" w:eastAsia="Noto Sans KR" w:hAnsi="Noto Sans KR"/>
                <w:b/>
                <w:color w:val="1A1A1A"/>
                <w:sz w:val="20"/>
                <w:szCs w:val="20"/>
              </w:rPr>
              <w:t xml:space="preserve"> </w:t>
            </w:r>
            <w:proofErr w:type="spellStart"/>
            <w:r w:rsidRPr="00B64A87">
              <w:rPr>
                <w:rFonts w:ascii="Noto Sans KR" w:eastAsia="Noto Sans KR" w:hAnsi="Noto Sans KR"/>
                <w:b/>
                <w:color w:val="1A1A1A"/>
                <w:sz w:val="20"/>
                <w:szCs w:val="20"/>
              </w:rPr>
              <w:t>거부</w:t>
            </w:r>
            <w:proofErr w:type="spellEnd"/>
            <w:r w:rsidRPr="00B64A87">
              <w:rPr>
                <w:rFonts w:ascii="Noto Sans KR" w:eastAsia="Noto Sans KR" w:hAnsi="Noto Sans KR"/>
                <w:b/>
                <w:color w:val="1A1A1A"/>
                <w:sz w:val="20"/>
                <w:szCs w:val="20"/>
              </w:rPr>
              <w:t xml:space="preserve"> 시 </w:t>
            </w:r>
            <w:proofErr w:type="spellStart"/>
            <w:r w:rsidRPr="00B64A87">
              <w:rPr>
                <w:rFonts w:ascii="Noto Sans KR" w:eastAsia="Noto Sans KR" w:hAnsi="Noto Sans KR"/>
                <w:b/>
                <w:color w:val="1A1A1A"/>
                <w:sz w:val="20"/>
                <w:szCs w:val="20"/>
              </w:rPr>
              <w:t>불이익</w:t>
            </w:r>
            <w:proofErr w:type="spellEnd"/>
          </w:p>
        </w:tc>
        <w:tc>
          <w:tcPr>
            <w:tcW w:w="7597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0B311E" w:rsidRPr="00B64A87" w:rsidRDefault="000B311E" w:rsidP="00B3129C">
            <w:pPr>
              <w:rPr>
                <w:rFonts w:ascii="Noto Sans KR" w:eastAsia="Noto Sans KR" w:hAnsi="Noto Sans KR"/>
                <w:sz w:val="20"/>
                <w:szCs w:val="20"/>
                <w:lang w:eastAsia="ko-KR"/>
              </w:rPr>
            </w:pPr>
            <w:r w:rsidRPr="00B64A87">
              <w:rPr>
                <w:rFonts w:ascii="Noto Sans KR" w:eastAsia="Noto Sans KR" w:hAnsi="Noto Sans KR"/>
                <w:color w:val="1A1A1A"/>
                <w:sz w:val="20"/>
                <w:szCs w:val="20"/>
                <w:lang w:eastAsia="ko-KR"/>
              </w:rPr>
              <w:t>동의를 거부하거나 관련 정보를 제공하지 않는 경우 해당 우대 적용 또는 요청한 편의 제공이 제한될 수 있으나, 일반 채용전형에는 불이익이 없습니다.</w:t>
            </w:r>
          </w:p>
        </w:tc>
      </w:tr>
    </w:tbl>
    <w:p w:rsidR="000B311E" w:rsidRPr="00B64A87" w:rsidRDefault="000B311E" w:rsidP="000B311E">
      <w:pPr>
        <w:spacing w:before="100" w:after="100"/>
        <w:jc w:val="right"/>
        <w:rPr>
          <w:rFonts w:ascii="Noto Sans KR" w:eastAsia="Noto Sans KR" w:hAnsi="Noto Sans KR"/>
          <w:sz w:val="20"/>
          <w:szCs w:val="20"/>
          <w:lang w:eastAsia="ko-KR"/>
        </w:rPr>
      </w:pPr>
      <w:r w:rsidRPr="00B64A87">
        <w:rPr>
          <w:rFonts w:ascii="Noto Sans KR" w:eastAsia="Noto Sans KR" w:hAnsi="Noto Sans KR"/>
          <w:b/>
          <w:color w:val="000000"/>
          <w:sz w:val="20"/>
          <w:szCs w:val="20"/>
          <w:lang w:eastAsia="ko-KR"/>
        </w:rPr>
        <w:t>민감정보 수집</w:t>
      </w:r>
      <w:r>
        <w:rPr>
          <w:rFonts w:ascii="Noto Sans KR" w:eastAsia="Noto Sans KR" w:hAnsi="Noto Sans KR" w:hint="eastAsia"/>
          <w:b/>
          <w:color w:val="000000"/>
          <w:sz w:val="20"/>
          <w:szCs w:val="20"/>
          <w:lang w:eastAsia="ko-KR"/>
        </w:rPr>
        <w:t xml:space="preserve"> 및 </w:t>
      </w:r>
      <w:proofErr w:type="gramStart"/>
      <w:r w:rsidRPr="00B64A87">
        <w:rPr>
          <w:rFonts w:ascii="Noto Sans KR" w:eastAsia="Noto Sans KR" w:hAnsi="Noto Sans KR"/>
          <w:b/>
          <w:color w:val="000000"/>
          <w:sz w:val="20"/>
          <w:szCs w:val="20"/>
          <w:lang w:eastAsia="ko-KR"/>
        </w:rPr>
        <w:t>이용에  □</w:t>
      </w:r>
      <w:proofErr w:type="gramEnd"/>
      <w:r w:rsidRPr="00B64A87">
        <w:rPr>
          <w:rFonts w:ascii="Noto Sans KR" w:eastAsia="Noto Sans KR" w:hAnsi="Noto Sans KR"/>
          <w:b/>
          <w:color w:val="000000"/>
          <w:sz w:val="20"/>
          <w:szCs w:val="20"/>
          <w:lang w:eastAsia="ko-KR"/>
        </w:rPr>
        <w:t xml:space="preserve"> 동의함   □ 동의하지 않음</w:t>
      </w:r>
    </w:p>
    <w:p w:rsidR="000B311E" w:rsidRPr="000B311E" w:rsidRDefault="000B311E" w:rsidP="000B311E">
      <w:pPr>
        <w:spacing w:before="60" w:after="40"/>
        <w:rPr>
          <w:rFonts w:ascii="Noto Sans KR" w:eastAsia="Noto Sans KR" w:hAnsi="Noto Sans KR"/>
          <w:sz w:val="8"/>
          <w:szCs w:val="8"/>
          <w:lang w:eastAsia="ko-KR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587"/>
        <w:gridCol w:w="3572"/>
        <w:gridCol w:w="1587"/>
        <w:gridCol w:w="3572"/>
      </w:tblGrid>
      <w:tr w:rsidR="000B311E" w:rsidRPr="00B64A87" w:rsidTr="00B3129C">
        <w:trPr>
          <w:cantSplit/>
          <w:trHeight w:hRule="exact" w:val="567"/>
          <w:jc w:val="center"/>
        </w:trPr>
        <w:tc>
          <w:tcPr>
            <w:tcW w:w="1587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shd w:val="clear" w:color="auto" w:fill="F2F2F2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0B311E" w:rsidRPr="00B64A87" w:rsidRDefault="000B311E" w:rsidP="00B3129C">
            <w:pPr>
              <w:jc w:val="center"/>
              <w:rPr>
                <w:rFonts w:ascii="Noto Sans KR" w:eastAsia="Noto Sans KR" w:hAnsi="Noto Sans KR"/>
                <w:sz w:val="20"/>
                <w:szCs w:val="20"/>
              </w:rPr>
            </w:pPr>
            <w:proofErr w:type="spellStart"/>
            <w:r w:rsidRPr="00B64A87">
              <w:rPr>
                <w:rFonts w:ascii="Noto Sans KR" w:eastAsia="Noto Sans KR" w:hAnsi="Noto Sans KR"/>
                <w:b/>
                <w:color w:val="1A1A1A"/>
                <w:sz w:val="20"/>
                <w:szCs w:val="20"/>
              </w:rPr>
              <w:t>동의일</w:t>
            </w:r>
            <w:proofErr w:type="spellEnd"/>
          </w:p>
        </w:tc>
        <w:tc>
          <w:tcPr>
            <w:tcW w:w="3572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0B311E" w:rsidRPr="00B64A87" w:rsidRDefault="000B311E" w:rsidP="00B3129C">
            <w:pPr>
              <w:rPr>
                <w:rFonts w:ascii="Noto Sans KR" w:eastAsia="Noto Sans KR" w:hAnsi="Noto Sans KR"/>
                <w:sz w:val="20"/>
                <w:szCs w:val="20"/>
              </w:rPr>
            </w:pPr>
            <w:r w:rsidRPr="00B64A87">
              <w:rPr>
                <w:rFonts w:ascii="Noto Sans KR" w:eastAsia="Noto Sans KR" w:hAnsi="Noto Sans KR"/>
                <w:color w:val="9E9E9E"/>
                <w:sz w:val="20"/>
                <w:szCs w:val="20"/>
              </w:rPr>
              <w:t>20    년    월    일</w:t>
            </w:r>
          </w:p>
        </w:tc>
        <w:tc>
          <w:tcPr>
            <w:tcW w:w="1587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shd w:val="clear" w:color="auto" w:fill="F2F2F2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0B311E" w:rsidRPr="00B64A87" w:rsidRDefault="000B311E" w:rsidP="00B3129C">
            <w:pPr>
              <w:jc w:val="center"/>
              <w:rPr>
                <w:rFonts w:ascii="Noto Sans KR" w:eastAsia="Noto Sans KR" w:hAnsi="Noto Sans KR"/>
                <w:sz w:val="20"/>
                <w:szCs w:val="20"/>
              </w:rPr>
            </w:pPr>
            <w:proofErr w:type="spellStart"/>
            <w:r w:rsidRPr="00B64A87">
              <w:rPr>
                <w:rFonts w:ascii="Noto Sans KR" w:eastAsia="Noto Sans KR" w:hAnsi="Noto Sans KR"/>
                <w:b/>
                <w:color w:val="1A1A1A"/>
                <w:sz w:val="20"/>
                <w:szCs w:val="20"/>
              </w:rPr>
              <w:t>지원자</w:t>
            </w:r>
            <w:proofErr w:type="spellEnd"/>
          </w:p>
        </w:tc>
        <w:tc>
          <w:tcPr>
            <w:tcW w:w="3572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0B311E" w:rsidRPr="00B64A87" w:rsidRDefault="000B311E" w:rsidP="00B3129C">
            <w:pPr>
              <w:rPr>
                <w:rFonts w:ascii="Noto Sans KR" w:eastAsia="Noto Sans KR" w:hAnsi="Noto Sans KR"/>
                <w:sz w:val="20"/>
                <w:szCs w:val="20"/>
              </w:rPr>
            </w:pPr>
            <w:r w:rsidRPr="00B64A87">
              <w:rPr>
                <w:rFonts w:ascii="Noto Sans KR" w:eastAsia="Noto Sans KR" w:hAnsi="Noto Sans KR"/>
                <w:color w:val="9E9E9E"/>
                <w:sz w:val="20"/>
                <w:szCs w:val="20"/>
              </w:rPr>
              <w:t xml:space="preserve">                         (</w:t>
            </w:r>
            <w:proofErr w:type="spellStart"/>
            <w:r w:rsidRPr="00B64A87">
              <w:rPr>
                <w:rFonts w:ascii="Noto Sans KR" w:eastAsia="Noto Sans KR" w:hAnsi="Noto Sans KR"/>
                <w:color w:val="9E9E9E"/>
                <w:sz w:val="20"/>
                <w:szCs w:val="20"/>
              </w:rPr>
              <w:t>서명</w:t>
            </w:r>
            <w:proofErr w:type="spellEnd"/>
            <w:r w:rsidRPr="00B64A87">
              <w:rPr>
                <w:rFonts w:ascii="Noto Sans KR" w:eastAsia="Noto Sans KR" w:hAnsi="Noto Sans KR"/>
                <w:color w:val="9E9E9E"/>
                <w:sz w:val="20"/>
                <w:szCs w:val="20"/>
              </w:rPr>
              <w:t>)</w:t>
            </w:r>
          </w:p>
        </w:tc>
      </w:tr>
    </w:tbl>
    <w:p w:rsidR="000B311E" w:rsidRPr="00B64A87" w:rsidRDefault="000B311E" w:rsidP="000B311E">
      <w:pPr>
        <w:spacing w:before="140"/>
        <w:jc w:val="center"/>
        <w:rPr>
          <w:rFonts w:ascii="Noto Sans KR" w:eastAsia="Noto Sans KR" w:hAnsi="Noto Sans KR"/>
          <w:sz w:val="20"/>
          <w:szCs w:val="20"/>
          <w:lang w:eastAsia="ko-KR"/>
        </w:rPr>
      </w:pPr>
      <w:r w:rsidRPr="00B64A87">
        <w:rPr>
          <w:rFonts w:ascii="Noto Sans KR" w:eastAsia="Noto Sans KR" w:hAnsi="Noto Sans KR"/>
          <w:b/>
          <w:color w:val="1A1A1A"/>
          <w:sz w:val="20"/>
          <w:szCs w:val="20"/>
          <w:lang w:eastAsia="ko-KR"/>
        </w:rPr>
        <w:t>주식회사 케이에스넷 대표이사 귀중</w:t>
      </w:r>
    </w:p>
    <w:p w:rsidR="00F168FA" w:rsidRPr="000B311E" w:rsidRDefault="00F168FA">
      <w:pPr>
        <w:rPr>
          <w:rFonts w:ascii="Noto Sans KR" w:eastAsia="Noto Sans KR" w:hAnsi="Noto Sans KR"/>
          <w:sz w:val="6"/>
          <w:szCs w:val="6"/>
          <w:lang w:eastAsia="ko-KR"/>
        </w:rPr>
      </w:pPr>
    </w:p>
    <w:sectPr w:rsidR="00F168FA" w:rsidRPr="000B311E" w:rsidSect="00034616">
      <w:headerReference w:type="default" r:id="rId9"/>
      <w:footerReference w:type="default" r:id="rId10"/>
      <w:pgSz w:w="12240" w:h="15840"/>
      <w:pgMar w:top="680" w:right="794" w:bottom="737" w:left="794" w:header="283" w:footer="3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A1FD2" w:rsidRDefault="008A1FD2">
      <w:r>
        <w:separator/>
      </w:r>
    </w:p>
  </w:endnote>
  <w:endnote w:type="continuationSeparator" w:id="0">
    <w:p w:rsidR="008A1FD2" w:rsidRDefault="008A1F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oto Sans CJK KR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Noto Sans KR">
    <w:panose1 w:val="020B0200000000000000"/>
    <w:charset w:val="81"/>
    <w:family w:val="modern"/>
    <w:pitch w:val="variable"/>
    <w:sig w:usb0="30000287" w:usb1="2BDF3C10" w:usb2="00000016" w:usb3="00000000" w:csb0="002E010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43E7E" w:rsidRPr="00F27726" w:rsidRDefault="00000000">
    <w:pPr>
      <w:pStyle w:val="a6"/>
      <w:jc w:val="right"/>
      <w:rPr>
        <w:rFonts w:ascii="Noto Sans KR" w:eastAsia="Noto Sans KR" w:hAnsi="Noto Sans KR"/>
        <w:sz w:val="16"/>
        <w:szCs w:val="16"/>
      </w:rPr>
    </w:pPr>
    <w:r w:rsidRPr="00F27726">
      <w:rPr>
        <w:rFonts w:ascii="Noto Sans KR" w:eastAsia="Noto Sans KR" w:hAnsi="Noto Sans KR"/>
        <w:color w:val="666666"/>
        <w:sz w:val="16"/>
        <w:szCs w:val="16"/>
      </w:rPr>
      <w:t xml:space="preserve">KSNET </w:t>
    </w:r>
    <w:proofErr w:type="spellStart"/>
    <w:proofErr w:type="gramStart"/>
    <w:r w:rsidRPr="00F27726">
      <w:rPr>
        <w:rFonts w:ascii="Noto Sans KR" w:eastAsia="Noto Sans KR" w:hAnsi="Noto Sans KR"/>
        <w:color w:val="666666"/>
        <w:sz w:val="16"/>
        <w:szCs w:val="16"/>
      </w:rPr>
      <w:t>입사지원서</w:t>
    </w:r>
    <w:proofErr w:type="spellEnd"/>
    <w:r w:rsidRPr="00F27726">
      <w:rPr>
        <w:rFonts w:ascii="Noto Sans KR" w:eastAsia="Noto Sans KR" w:hAnsi="Noto Sans KR"/>
        <w:color w:val="666666"/>
        <w:sz w:val="16"/>
        <w:szCs w:val="16"/>
      </w:rPr>
      <w:t xml:space="preserve">  |</w:t>
    </w:r>
    <w:proofErr w:type="gramEnd"/>
    <w:r w:rsidRPr="00F27726">
      <w:rPr>
        <w:rFonts w:ascii="Noto Sans KR" w:eastAsia="Noto Sans KR" w:hAnsi="Noto Sans KR"/>
        <w:color w:val="666666"/>
        <w:sz w:val="16"/>
        <w:szCs w:val="16"/>
      </w:rPr>
      <w:t xml:space="preserve">  </w:t>
    </w:r>
    <w:r w:rsidRPr="00F27726">
      <w:rPr>
        <w:rFonts w:ascii="Noto Sans KR" w:eastAsia="Noto Sans KR" w:hAnsi="Noto Sans KR"/>
        <w:color w:val="666666"/>
        <w:sz w:val="16"/>
        <w:szCs w:val="16"/>
      </w:rPr>
      <w:fldChar w:fldCharType="begin"/>
    </w:r>
    <w:r w:rsidRPr="00F27726">
      <w:rPr>
        <w:rFonts w:ascii="Noto Sans KR" w:eastAsia="Noto Sans KR" w:hAnsi="Noto Sans KR"/>
        <w:color w:val="666666"/>
        <w:sz w:val="16"/>
        <w:szCs w:val="16"/>
      </w:rPr>
      <w:instrText>PAGE</w:instrText>
    </w:r>
    <w:r w:rsidRPr="00F27726">
      <w:rPr>
        <w:rFonts w:ascii="Noto Sans KR" w:eastAsia="Noto Sans KR" w:hAnsi="Noto Sans KR"/>
        <w:color w:val="666666"/>
        <w:sz w:val="16"/>
        <w:szCs w:val="16"/>
      </w:rPr>
      <w:fldChar w:fldCharType="separate"/>
    </w:r>
    <w:r w:rsidR="00F27726" w:rsidRPr="00F27726">
      <w:rPr>
        <w:rFonts w:ascii="Noto Sans KR" w:eastAsia="Noto Sans KR" w:hAnsi="Noto Sans KR"/>
        <w:noProof/>
        <w:color w:val="666666"/>
        <w:sz w:val="16"/>
        <w:szCs w:val="16"/>
      </w:rPr>
      <w:t>1</w:t>
    </w:r>
    <w:r w:rsidRPr="00F27726">
      <w:rPr>
        <w:rFonts w:ascii="Noto Sans KR" w:eastAsia="Noto Sans KR" w:hAnsi="Noto Sans KR"/>
        <w:color w:val="666666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A1FD2" w:rsidRDefault="008A1FD2">
      <w:r>
        <w:separator/>
      </w:r>
    </w:p>
  </w:footnote>
  <w:footnote w:type="continuationSeparator" w:id="0">
    <w:p w:rsidR="008A1FD2" w:rsidRDefault="008A1F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43E7E" w:rsidRPr="00F27726" w:rsidRDefault="00000000">
    <w:pPr>
      <w:pStyle w:val="a5"/>
      <w:jc w:val="right"/>
      <w:rPr>
        <w:rFonts w:ascii="Noto Sans KR" w:eastAsia="Noto Sans KR" w:hAnsi="Noto Sans KR"/>
        <w:sz w:val="20"/>
        <w:szCs w:val="24"/>
      </w:rPr>
    </w:pPr>
    <w:r w:rsidRPr="00F27726">
      <w:rPr>
        <w:rFonts w:ascii="Noto Sans KR" w:eastAsia="Noto Sans KR" w:hAnsi="Noto Sans KR"/>
        <w:color w:val="666666"/>
        <w:sz w:val="16"/>
        <w:szCs w:val="24"/>
      </w:rPr>
      <w:t>KSNET RECRUIT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42883120">
    <w:abstractNumId w:val="8"/>
  </w:num>
  <w:num w:numId="2" w16cid:durableId="1811361068">
    <w:abstractNumId w:val="6"/>
  </w:num>
  <w:num w:numId="3" w16cid:durableId="49234679">
    <w:abstractNumId w:val="5"/>
  </w:num>
  <w:num w:numId="4" w16cid:durableId="1053693684">
    <w:abstractNumId w:val="4"/>
  </w:num>
  <w:num w:numId="5" w16cid:durableId="378477649">
    <w:abstractNumId w:val="7"/>
  </w:num>
  <w:num w:numId="6" w16cid:durableId="624778600">
    <w:abstractNumId w:val="3"/>
  </w:num>
  <w:num w:numId="7" w16cid:durableId="1963346483">
    <w:abstractNumId w:val="2"/>
  </w:num>
  <w:num w:numId="8" w16cid:durableId="1803379810">
    <w:abstractNumId w:val="1"/>
  </w:num>
  <w:num w:numId="9" w16cid:durableId="5699231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B311E"/>
    <w:rsid w:val="001325C4"/>
    <w:rsid w:val="0015074B"/>
    <w:rsid w:val="00243E7E"/>
    <w:rsid w:val="0029639D"/>
    <w:rsid w:val="00326F90"/>
    <w:rsid w:val="00582FC7"/>
    <w:rsid w:val="00637E0A"/>
    <w:rsid w:val="008A1FD2"/>
    <w:rsid w:val="00A02A8A"/>
    <w:rsid w:val="00AA1D8D"/>
    <w:rsid w:val="00B47730"/>
    <w:rsid w:val="00CB0664"/>
    <w:rsid w:val="00D70AC8"/>
    <w:rsid w:val="00F168FA"/>
    <w:rsid w:val="00F2772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0C4496F"/>
  <w14:defaultImageDpi w14:val="300"/>
  <w15:docId w15:val="{168EF654-B8BE-4FCD-9FBE-84CB92FB3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pPr>
      <w:spacing w:after="0" w:line="240" w:lineRule="auto"/>
    </w:pPr>
    <w:rPr>
      <w:rFonts w:ascii="Noto Sans CJK KR" w:eastAsia="Noto Sans CJK KR" w:hAnsi="Noto Sans CJK KR"/>
      <w:sz w:val="18"/>
    </w:rPr>
  </w:style>
  <w:style w:type="paragraph" w:styleId="1">
    <w:name w:val="heading 1"/>
    <w:basedOn w:val="a1"/>
    <w:next w:val="a1"/>
    <w:link w:val="1Char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Char">
    <w:name w:val="머리글 Char"/>
    <w:basedOn w:val="a2"/>
    <w:link w:val="a5"/>
    <w:uiPriority w:val="99"/>
    <w:rsid w:val="00E618BF"/>
  </w:style>
  <w:style w:type="paragraph" w:styleId="a6">
    <w:name w:val="footer"/>
    <w:basedOn w:val="a1"/>
    <w:link w:val="Char0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Char0">
    <w:name w:val="바닥글 Char"/>
    <w:basedOn w:val="a2"/>
    <w:link w:val="a6"/>
    <w:uiPriority w:val="99"/>
    <w:rsid w:val="00E618BF"/>
  </w:style>
  <w:style w:type="paragraph" w:styleId="a7">
    <w:name w:val="No Spacing"/>
    <w:uiPriority w:val="1"/>
    <w:qFormat/>
    <w:rsid w:val="00FC693F"/>
    <w:pPr>
      <w:spacing w:after="0" w:line="240" w:lineRule="auto"/>
    </w:pPr>
  </w:style>
  <w:style w:type="character" w:customStyle="1" w:styleId="1Char">
    <w:name w:val="제목 1 Char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제목 2 Char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제목 3 Char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1"/>
    <w:next w:val="a1"/>
    <w:link w:val="Char1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제목 Char"/>
    <w:basedOn w:val="a2"/>
    <w:link w:val="a8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2">
    <w:name w:val="부제 Char"/>
    <w:basedOn w:val="a2"/>
    <w:link w:val="a9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b">
    <w:name w:val="Body Text"/>
    <w:basedOn w:val="a1"/>
    <w:link w:val="Char3"/>
    <w:uiPriority w:val="99"/>
    <w:unhideWhenUsed/>
    <w:rsid w:val="00AA1D8D"/>
    <w:pPr>
      <w:spacing w:after="120"/>
    </w:pPr>
  </w:style>
  <w:style w:type="character" w:customStyle="1" w:styleId="Char3">
    <w:name w:val="본문 Char"/>
    <w:basedOn w:val="a2"/>
    <w:link w:val="ab"/>
    <w:uiPriority w:val="99"/>
    <w:rsid w:val="00AA1D8D"/>
  </w:style>
  <w:style w:type="paragraph" w:styleId="22">
    <w:name w:val="Body Text 2"/>
    <w:basedOn w:val="a1"/>
    <w:link w:val="2Char0"/>
    <w:uiPriority w:val="99"/>
    <w:unhideWhenUsed/>
    <w:rsid w:val="00AA1D8D"/>
    <w:pPr>
      <w:spacing w:after="120" w:line="480" w:lineRule="auto"/>
    </w:pPr>
  </w:style>
  <w:style w:type="character" w:customStyle="1" w:styleId="2Char0">
    <w:name w:val="본문 2 Char"/>
    <w:basedOn w:val="a2"/>
    <w:link w:val="22"/>
    <w:uiPriority w:val="99"/>
    <w:rsid w:val="00AA1D8D"/>
  </w:style>
  <w:style w:type="paragraph" w:styleId="32">
    <w:name w:val="Body Text 3"/>
    <w:basedOn w:val="a1"/>
    <w:link w:val="3Char0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Char0">
    <w:name w:val="본문 3 Char"/>
    <w:basedOn w:val="a2"/>
    <w:link w:val="32"/>
    <w:uiPriority w:val="99"/>
    <w:rsid w:val="00AA1D8D"/>
    <w:rPr>
      <w:sz w:val="16"/>
      <w:szCs w:val="16"/>
    </w:rPr>
  </w:style>
  <w:style w:type="paragraph" w:styleId="a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d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e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매크로 텍스트 Char"/>
    <w:basedOn w:val="a2"/>
    <w:link w:val="ae"/>
    <w:uiPriority w:val="99"/>
    <w:rsid w:val="0029639D"/>
    <w:rPr>
      <w:rFonts w:ascii="Courier" w:hAnsi="Courier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sid w:val="00FC693F"/>
    <w:rPr>
      <w:i/>
      <w:iCs/>
      <w:color w:val="000000" w:themeColor="text1"/>
    </w:rPr>
  </w:style>
  <w:style w:type="character" w:customStyle="1" w:styleId="Char5">
    <w:name w:val="인용 Char"/>
    <w:basedOn w:val="a2"/>
    <w:link w:val="af"/>
    <w:uiPriority w:val="29"/>
    <w:rsid w:val="00FC693F"/>
    <w:rPr>
      <w:i/>
      <w:iCs/>
      <w:color w:val="000000" w:themeColor="text1"/>
    </w:rPr>
  </w:style>
  <w:style w:type="character" w:customStyle="1" w:styleId="4Char">
    <w:name w:val="제목 4 Char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제목 5 Char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제목 6 Char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제목 7 Char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제목 8 Char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제목 9 Char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1"/>
    <w:next w:val="a1"/>
    <w:uiPriority w:val="35"/>
    <w:semiHidden/>
    <w:unhideWhenUsed/>
    <w:qFormat/>
    <w:rsid w:val="00FC693F"/>
    <w:rPr>
      <w:b/>
      <w:bCs/>
      <w:color w:val="4F81BD" w:themeColor="accent1"/>
      <w:szCs w:val="18"/>
    </w:rPr>
  </w:style>
  <w:style w:type="character" w:styleId="af1">
    <w:name w:val="Strong"/>
    <w:basedOn w:val="a2"/>
    <w:uiPriority w:val="22"/>
    <w:qFormat/>
    <w:rsid w:val="00FC693F"/>
    <w:rPr>
      <w:b/>
      <w:bCs/>
    </w:rPr>
  </w:style>
  <w:style w:type="character" w:styleId="af2">
    <w:name w:val="Emphasis"/>
    <w:basedOn w:val="a2"/>
    <w:uiPriority w:val="20"/>
    <w:qFormat/>
    <w:rsid w:val="00FC693F"/>
    <w:rPr>
      <w:i/>
      <w:iCs/>
    </w:rPr>
  </w:style>
  <w:style w:type="paragraph" w:styleId="af3">
    <w:name w:val="Intense Quote"/>
    <w:basedOn w:val="a1"/>
    <w:next w:val="a1"/>
    <w:link w:val="Char6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강한 인용 Char"/>
    <w:basedOn w:val="a2"/>
    <w:link w:val="af3"/>
    <w:uiPriority w:val="30"/>
    <w:rsid w:val="00FC693F"/>
    <w:rPr>
      <w:b/>
      <w:bCs/>
      <w:i/>
      <w:iCs/>
      <w:color w:val="4F81BD" w:themeColor="accent1"/>
    </w:rPr>
  </w:style>
  <w:style w:type="character" w:styleId="af4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5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6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7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9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a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c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0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6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7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5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d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e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8</Pages>
  <Words>745</Words>
  <Characters>4247</Characters>
  <Application>Microsoft Office Word</Application>
  <DocSecurity>0</DocSecurity>
  <Lines>35</Lines>
  <Paragraphs>9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KSNET 입사지원서 및 경력기술서 최종본</vt:lpstr>
      <vt:lpstr/>
    </vt:vector>
  </TitlesOfParts>
  <Manager/>
  <Company/>
  <LinksUpToDate>false</LinksUpToDate>
  <CharactersWithSpaces>4983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KSNET 입사지원서 및 경력기술서 최종본</dc:title>
  <dc:subject>채용 지원 양식</dc:subject>
  <dc:creator>주식회사 케이에스넷</dc:creator>
  <cp:keywords>KSNET, 입사지원서, 경력기술서, 채용</cp:keywords>
  <dc:description>generated by python-docx</dc:description>
  <cp:lastModifiedBy>USER</cp:lastModifiedBy>
  <cp:revision>4</cp:revision>
  <dcterms:created xsi:type="dcterms:W3CDTF">2013-12-23T23:15:00Z</dcterms:created>
  <dcterms:modified xsi:type="dcterms:W3CDTF">2026-07-28T01:09:00Z</dcterms:modified>
  <cp:category/>
</cp:coreProperties>
</file>